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_rels/document.xml.rels" ContentType="application/vnd.openxmlformats-package.relationships+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 xmlns:wp14="http://schemas.microsoft.com/office/word/2010/wordml" w14:paraId="373181F8" wp14:textId="77777777">
      <w:pPr>
        <w:pStyle w:val="Heading1"/>
        <w:keepNext w:val="true"/>
        <w:keepLines/>
        <w:spacing w:before="480" w:after="0"/>
        <w:rPr/>
      </w:pPr>
      <w:r>
        <w:rPr/>
        <w:t xml:space="preserve">DOSSIER DE CANDIDATURE – </w:t>
      </w:r>
      <w:r>
        <w:rPr/>
        <w:t>STAFF</w:t>
      </w:r>
      <w:r>
        <w:rPr/>
        <w:t xml:space="preserve"> ÉQUIPE DE FRANCE D’ULTIMATE</w:t>
      </w:r>
    </w:p>
    <w:p xmlns:wp14="http://schemas.microsoft.com/office/word/2010/wordml" w14:paraId="17ECEE11" wp14:textId="77777777">
      <w:pPr>
        <w:pStyle w:val="Heading2"/>
        <w:rPr/>
      </w:pPr>
      <w:r>
        <w:rPr/>
        <w:t>1. INFORMATIONS GÉNÉRALES</w:t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160"/>
        <w:gridCol w:w="2160"/>
        <w:gridCol w:w="2160"/>
        <w:gridCol w:w="2160"/>
      </w:tblGrid>
      <w:tr xmlns:wp14="http://schemas.microsoft.com/office/word/2010/wordml" w:rsidTr="29FB9532" w14:paraId="4E4932C8" wp14:textId="77777777">
        <w:trPr>
          <w:trHeight w:val="840"/>
        </w:trPr>
        <w:tc>
          <w:tcPr>
            <w:tcW w:w="21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P="29FB9532" w14:paraId="17A0067B" wp14:textId="67D762AE">
            <w:pPr>
              <w:pStyle w:val="Contenudetableau"/>
              <w:spacing w:before="0" w:beforeAutospacing="off" w:after="0" w:afterAutospacing="off"/>
              <w:jc w:val="center"/>
              <w:rPr>
                <w:b w:val="1"/>
                <w:bCs w:val="1"/>
              </w:rPr>
            </w:pPr>
            <w:r w:rsidRPr="29FB9532" w:rsidR="1F7A4C0E">
              <w:rPr>
                <w:b w:val="1"/>
                <w:bCs w:val="1"/>
              </w:rPr>
              <w:t xml:space="preserve">Note du </w:t>
            </w:r>
            <w:r w:rsidRPr="29FB9532" w:rsidR="1F7A4C0E">
              <w:rPr>
                <w:b w:val="1"/>
                <w:bCs w:val="1"/>
              </w:rPr>
              <w:t>projet</w:t>
            </w:r>
          </w:p>
          <w:p w:rsidP="29FB9532" w14:paraId="1A84E9BD" wp14:textId="2A64E32D">
            <w:pPr>
              <w:pStyle w:val="Contenudetableau"/>
              <w:spacing w:before="0" w:beforeAutospacing="off" w:after="0" w:afterAutospacing="off"/>
              <w:jc w:val="center"/>
              <w:rPr>
                <w:b w:val="1"/>
                <w:bCs w:val="1"/>
              </w:rPr>
            </w:pPr>
          </w:p>
          <w:p w:rsidP="29FB9532" w14:paraId="672A6659" wp14:textId="75F9E82D">
            <w:pPr>
              <w:pStyle w:val="Contenudetableau"/>
              <w:spacing w:before="0" w:beforeAutospacing="off" w:after="0" w:afterAutospacing="off"/>
              <w:jc w:val="center"/>
              <w:rPr>
                <w:b w:val="1"/>
                <w:bCs w:val="1"/>
              </w:rPr>
            </w:pPr>
            <w:r w:rsidRPr="29FB9532" w:rsidR="1F7A4C0E">
              <w:rPr>
                <w:b w:val="1"/>
                <w:bCs w:val="1"/>
              </w:rPr>
              <w:t>..../</w:t>
            </w:r>
            <w:r w:rsidRPr="29FB9532" w:rsidR="1F7A4C0E">
              <w:rPr>
                <w:b w:val="1"/>
                <w:bCs w:val="1"/>
              </w:rPr>
              <w:t>50 points</w:t>
            </w:r>
          </w:p>
        </w:tc>
        <w:tc>
          <w:tcPr>
            <w:tcW w:w="21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14:paraId="49730E30" wp14:textId="77777777">
            <w:pPr>
              <w:pStyle w:val="Contenudetableau"/>
              <w:spacing w:before="285" w:after="48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PERSONNE 1</w:t>
            </w:r>
          </w:p>
        </w:tc>
        <w:tc>
          <w:tcPr>
            <w:tcW w:w="21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14:paraId="6685C3AE" wp14:textId="77777777">
            <w:pPr>
              <w:pStyle w:val="Contenudetableau"/>
              <w:spacing w:before="285" w:after="48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PERSONNE 2</w:t>
            </w:r>
          </w:p>
        </w:tc>
        <w:tc>
          <w:tcPr>
            <w:tcW w:w="21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14:paraId="3973285F" wp14:textId="77777777">
            <w:pPr>
              <w:pStyle w:val="Contenudetableau"/>
              <w:spacing w:before="285" w:after="48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PERSONNE 3</w:t>
            </w:r>
          </w:p>
        </w:tc>
      </w:tr>
      <w:tr xmlns:wp14="http://schemas.microsoft.com/office/word/2010/wordml" w:rsidTr="29FB9532" w14:paraId="08C35E3C" wp14:textId="77777777">
        <w:trPr/>
        <w:tc>
          <w:tcPr>
            <w:tcW w:w="2160" w:type="dxa"/>
            <w:tcBorders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14:paraId="0BD3373D" wp14:textId="77777777">
            <w:pPr>
              <w:pStyle w:val="Contenudetableau"/>
              <w:spacing w:before="285" w:after="48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Prénom</w:t>
            </w:r>
          </w:p>
        </w:tc>
        <w:tc>
          <w:tcPr>
            <w:tcW w:w="2160" w:type="dxa"/>
            <w:tcBorders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14:paraId="0A37501D" wp14:textId="77777777">
            <w:pPr>
              <w:pStyle w:val="Contenudetableau"/>
              <w:spacing w:before="285" w:after="485"/>
              <w:jc w:val="center"/>
              <w:rPr/>
            </w:pPr>
            <w:r>
              <w:rPr/>
            </w:r>
          </w:p>
        </w:tc>
        <w:tc>
          <w:tcPr>
            <w:tcW w:w="2160" w:type="dxa"/>
            <w:tcBorders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14:paraId="5DAB6C7B" wp14:textId="77777777">
            <w:pPr>
              <w:pStyle w:val="Contenudetableau"/>
              <w:spacing w:before="285" w:after="485"/>
              <w:jc w:val="center"/>
              <w:rPr/>
            </w:pPr>
            <w:r>
              <w:rPr/>
            </w:r>
          </w:p>
        </w:tc>
        <w:tc>
          <w:tcPr>
            <w:tcW w:w="2160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14:paraId="02EB378F" wp14:textId="77777777">
            <w:pPr>
              <w:pStyle w:val="Contenudetableau"/>
              <w:spacing w:before="285" w:after="485"/>
              <w:jc w:val="center"/>
              <w:rPr/>
            </w:pPr>
            <w:r>
              <w:rPr/>
            </w:r>
          </w:p>
        </w:tc>
      </w:tr>
      <w:tr xmlns:wp14="http://schemas.microsoft.com/office/word/2010/wordml" w:rsidTr="29FB9532" w14:paraId="4134A460" wp14:textId="77777777">
        <w:trPr/>
        <w:tc>
          <w:tcPr>
            <w:tcW w:w="2160" w:type="dxa"/>
            <w:tcBorders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14:paraId="57D4E917" wp14:textId="77777777">
            <w:pPr>
              <w:pStyle w:val="Contenudetableau"/>
              <w:spacing w:before="285" w:after="48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</w:t>
            </w:r>
          </w:p>
        </w:tc>
        <w:tc>
          <w:tcPr>
            <w:tcW w:w="2160" w:type="dxa"/>
            <w:tcBorders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14:paraId="6A05A809" wp14:textId="77777777">
            <w:pPr>
              <w:pStyle w:val="Contenudetableau"/>
              <w:spacing w:before="285" w:after="485"/>
              <w:jc w:val="center"/>
              <w:rPr/>
            </w:pPr>
            <w:r>
              <w:rPr/>
            </w:r>
          </w:p>
        </w:tc>
        <w:tc>
          <w:tcPr>
            <w:tcW w:w="2160" w:type="dxa"/>
            <w:tcBorders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14:paraId="5A39BBE3" wp14:textId="77777777">
            <w:pPr>
              <w:pStyle w:val="Contenudetableau"/>
              <w:spacing w:before="285" w:after="485"/>
              <w:jc w:val="center"/>
              <w:rPr/>
            </w:pPr>
            <w:r>
              <w:rPr/>
            </w:r>
          </w:p>
        </w:tc>
        <w:tc>
          <w:tcPr>
            <w:tcW w:w="2160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14:paraId="41C8F396" wp14:textId="77777777">
            <w:pPr>
              <w:pStyle w:val="Contenudetableau"/>
              <w:spacing w:before="285" w:after="485"/>
              <w:jc w:val="center"/>
              <w:rPr/>
            </w:pPr>
            <w:r>
              <w:rPr/>
            </w:r>
          </w:p>
        </w:tc>
      </w:tr>
      <w:tr xmlns:wp14="http://schemas.microsoft.com/office/word/2010/wordml" w:rsidTr="29FB9532" w14:paraId="7C45F804" wp14:textId="77777777">
        <w:trPr/>
        <w:tc>
          <w:tcPr>
            <w:tcW w:w="2160" w:type="dxa"/>
            <w:tcBorders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14:paraId="3050B618" wp14:textId="77777777">
            <w:pPr>
              <w:pStyle w:val="Contenudetableau"/>
              <w:spacing w:before="285" w:after="48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Rôle dans le projet</w:t>
            </w:r>
          </w:p>
        </w:tc>
        <w:tc>
          <w:tcPr>
            <w:tcW w:w="2160" w:type="dxa"/>
            <w:tcBorders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14:paraId="72A3D3EC" wp14:textId="77777777">
            <w:pPr>
              <w:pStyle w:val="Contenudetableau"/>
              <w:spacing w:before="285" w:after="485"/>
              <w:jc w:val="center"/>
              <w:rPr/>
            </w:pPr>
            <w:r>
              <w:rPr/>
            </w:r>
          </w:p>
        </w:tc>
        <w:tc>
          <w:tcPr>
            <w:tcW w:w="2160" w:type="dxa"/>
            <w:tcBorders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14:paraId="0D0B940D" wp14:textId="77777777">
            <w:pPr>
              <w:pStyle w:val="Contenudetableau"/>
              <w:spacing w:before="285" w:after="485"/>
              <w:jc w:val="center"/>
              <w:rPr/>
            </w:pPr>
            <w:r>
              <w:rPr/>
            </w:r>
          </w:p>
        </w:tc>
        <w:tc>
          <w:tcPr>
            <w:tcW w:w="2160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14:paraId="0E27B00A" wp14:textId="77777777">
            <w:pPr>
              <w:pStyle w:val="Contenudetableau"/>
              <w:spacing w:before="285" w:after="485"/>
              <w:jc w:val="center"/>
              <w:rPr/>
            </w:pPr>
            <w:r>
              <w:rPr/>
            </w:r>
          </w:p>
        </w:tc>
      </w:tr>
      <w:tr xmlns:wp14="http://schemas.microsoft.com/office/word/2010/wordml" w:rsidTr="29FB9532" w14:paraId="7F252E11" wp14:textId="77777777">
        <w:trPr/>
        <w:tc>
          <w:tcPr>
            <w:tcW w:w="2160" w:type="dxa"/>
            <w:tcBorders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14:paraId="771011A9" wp14:textId="77777777">
            <w:pPr>
              <w:pStyle w:val="Contenudetableau"/>
              <w:spacing w:before="285" w:after="48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Adresse </w:t>
            </w:r>
            <w:r>
              <w:rPr>
                <w:b/>
                <w:bCs/>
              </w:rPr>
              <w:t>m</w:t>
            </w:r>
            <w:r>
              <w:rPr>
                <w:b/>
                <w:bCs/>
              </w:rPr>
              <w:t>ail</w:t>
            </w:r>
          </w:p>
        </w:tc>
        <w:tc>
          <w:tcPr>
            <w:tcW w:w="2160" w:type="dxa"/>
            <w:tcBorders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14:paraId="60061E4C" wp14:textId="77777777">
            <w:pPr>
              <w:pStyle w:val="Contenudetableau"/>
              <w:spacing w:before="285" w:after="485"/>
              <w:jc w:val="center"/>
              <w:rPr/>
            </w:pPr>
            <w:r>
              <w:rPr/>
            </w:r>
          </w:p>
        </w:tc>
        <w:tc>
          <w:tcPr>
            <w:tcW w:w="2160" w:type="dxa"/>
            <w:tcBorders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14:paraId="44EAFD9C" wp14:textId="77777777">
            <w:pPr>
              <w:pStyle w:val="Contenudetableau"/>
              <w:spacing w:before="285" w:after="485"/>
              <w:jc w:val="center"/>
              <w:rPr/>
            </w:pPr>
            <w:r>
              <w:rPr/>
            </w:r>
          </w:p>
        </w:tc>
        <w:tc>
          <w:tcPr>
            <w:tcW w:w="2160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14:paraId="4B94D5A5" wp14:textId="77777777">
            <w:pPr>
              <w:pStyle w:val="Contenudetableau"/>
              <w:spacing w:before="285" w:after="485"/>
              <w:jc w:val="center"/>
              <w:rPr/>
            </w:pPr>
            <w:r>
              <w:rPr/>
            </w:r>
          </w:p>
        </w:tc>
      </w:tr>
      <w:tr xmlns:wp14="http://schemas.microsoft.com/office/word/2010/wordml" w:rsidTr="29FB9532" w14:paraId="2A8BF441" wp14:textId="77777777">
        <w:trPr/>
        <w:tc>
          <w:tcPr>
            <w:tcW w:w="2160" w:type="dxa"/>
            <w:tcBorders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14:paraId="32F99C7B" wp14:textId="77777777">
            <w:pPr>
              <w:pStyle w:val="Contenudetableau"/>
              <w:spacing w:before="285" w:after="48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Adresse postale</w:t>
            </w:r>
          </w:p>
        </w:tc>
        <w:tc>
          <w:tcPr>
            <w:tcW w:w="2160" w:type="dxa"/>
            <w:tcBorders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14:paraId="3DEEC669" wp14:textId="77777777">
            <w:pPr>
              <w:pStyle w:val="Contenudetableau"/>
              <w:spacing w:before="285" w:after="485"/>
              <w:jc w:val="center"/>
              <w:rPr/>
            </w:pPr>
            <w:r>
              <w:rPr/>
            </w:r>
          </w:p>
        </w:tc>
        <w:tc>
          <w:tcPr>
            <w:tcW w:w="2160" w:type="dxa"/>
            <w:tcBorders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14:paraId="3656B9AB" wp14:textId="77777777">
            <w:pPr>
              <w:pStyle w:val="Contenudetableau"/>
              <w:spacing w:before="285" w:after="485"/>
              <w:jc w:val="center"/>
              <w:rPr/>
            </w:pPr>
            <w:r>
              <w:rPr/>
            </w:r>
          </w:p>
        </w:tc>
        <w:tc>
          <w:tcPr>
            <w:tcW w:w="2160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14:paraId="45FB0818" wp14:textId="77777777">
            <w:pPr>
              <w:pStyle w:val="Contenudetableau"/>
              <w:spacing w:before="285" w:after="485"/>
              <w:jc w:val="center"/>
              <w:rPr/>
            </w:pPr>
            <w:r>
              <w:rPr/>
            </w:r>
          </w:p>
        </w:tc>
      </w:tr>
      <w:tr xmlns:wp14="http://schemas.microsoft.com/office/word/2010/wordml" w:rsidTr="29FB9532" w14:paraId="18CB4820" wp14:textId="77777777">
        <w:trPr/>
        <w:tc>
          <w:tcPr>
            <w:tcW w:w="2160" w:type="dxa"/>
            <w:tcBorders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14:paraId="1142B66D" wp14:textId="77777777">
            <w:pPr>
              <w:pStyle w:val="Contenudetableau"/>
              <w:spacing w:before="285" w:after="48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Numéro de Téléphone</w:t>
            </w:r>
          </w:p>
        </w:tc>
        <w:tc>
          <w:tcPr>
            <w:tcW w:w="2160" w:type="dxa"/>
            <w:tcBorders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14:paraId="049F31CB" wp14:textId="77777777">
            <w:pPr>
              <w:pStyle w:val="Contenudetableau"/>
              <w:spacing w:before="285" w:after="485"/>
              <w:jc w:val="center"/>
              <w:rPr/>
            </w:pPr>
            <w:r>
              <w:rPr/>
            </w:r>
          </w:p>
        </w:tc>
        <w:tc>
          <w:tcPr>
            <w:tcW w:w="2160" w:type="dxa"/>
            <w:tcBorders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14:paraId="53128261" wp14:textId="77777777">
            <w:pPr>
              <w:pStyle w:val="Contenudetableau"/>
              <w:spacing w:before="285" w:after="485"/>
              <w:jc w:val="center"/>
              <w:rPr/>
            </w:pPr>
            <w:r>
              <w:rPr/>
            </w:r>
          </w:p>
        </w:tc>
        <w:tc>
          <w:tcPr>
            <w:tcW w:w="2160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14:paraId="62486C05" wp14:textId="77777777">
            <w:pPr>
              <w:pStyle w:val="Contenudetableau"/>
              <w:spacing w:before="285" w:after="485"/>
              <w:jc w:val="center"/>
              <w:rPr/>
            </w:pPr>
            <w:r>
              <w:rPr/>
            </w:r>
          </w:p>
        </w:tc>
      </w:tr>
      <w:tr xmlns:wp14="http://schemas.microsoft.com/office/word/2010/wordml" w:rsidTr="29FB9532" w14:paraId="1DA1574A" wp14:textId="77777777">
        <w:trPr/>
        <w:tc>
          <w:tcPr>
            <w:tcW w:w="2160" w:type="dxa"/>
            <w:tcBorders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14:paraId="57764972" wp14:textId="77777777">
            <w:pPr>
              <w:pStyle w:val="Contenudetableau"/>
              <w:spacing w:before="285" w:after="48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Projet Visé</w:t>
            </w:r>
          </w:p>
        </w:tc>
        <w:tc>
          <w:tcPr>
            <w:tcW w:w="6480" w:type="dxa"/>
            <w:gridSpan w:val="3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14:paraId="4101652C" wp14:textId="77777777">
            <w:pPr>
              <w:pStyle w:val="Contenudetableau"/>
              <w:spacing w:before="285" w:after="485"/>
              <w:jc w:val="center"/>
              <w:rPr/>
            </w:pPr>
            <w:r>
              <w:rPr/>
            </w:r>
          </w:p>
        </w:tc>
      </w:tr>
    </w:tbl>
    <w:p xmlns:wp14="http://schemas.microsoft.com/office/word/2010/wordml" w14:paraId="4B99056E" wp14:textId="77777777">
      <w:pPr>
        <w:pStyle w:val="Normal"/>
        <w:rPr/>
      </w:pPr>
      <w:r>
        <w:rPr/>
      </w:r>
      <w:r>
        <w:br w:type="page"/>
      </w:r>
    </w:p>
    <w:p xmlns:wp14="http://schemas.microsoft.com/office/word/2010/wordml" w14:paraId="159F8750" wp14:textId="77777777">
      <w:pPr>
        <w:pStyle w:val="Normal"/>
        <w:jc w:val="center"/>
        <w:rPr>
          <w:b/>
          <w:bCs/>
        </w:rPr>
      </w:pPr>
      <w:r>
        <w:rPr>
          <w:b/>
          <w:bCs/>
        </w:rPr>
        <w:t>Merci d’essayer dans la mesure du possible de faire rentrer vos réponses dans la place prévue à cet effet.</w:t>
      </w:r>
    </w:p>
    <w:p xmlns:wp14="http://schemas.microsoft.com/office/word/2010/wordml" w:rsidP="1939D7EB" w14:paraId="14F105E9" wp14:textId="416F0441">
      <w:pPr>
        <w:pStyle w:val="Heading2"/>
        <w:suppressLineNumbers w:val="0"/>
        <w:bidi w:val="0"/>
        <w:spacing w:before="200" w:beforeAutospacing="off" w:after="0" w:afterAutospacing="off" w:line="276" w:lineRule="auto"/>
        <w:ind w:left="0" w:right="0"/>
        <w:jc w:val="left"/>
      </w:pPr>
      <w:r w:rsidR="1939D7EB">
        <w:rPr/>
        <w:t>2. PROJET SPORTIF (2</w:t>
      </w:r>
      <w:r w:rsidR="41920B75">
        <w:rPr/>
        <w:t>9</w:t>
      </w:r>
      <w:r w:rsidR="44CC89A4">
        <w:rPr/>
        <w:t xml:space="preserve"> </w:t>
      </w:r>
      <w:r w:rsidR="1939D7EB">
        <w:rPr/>
        <w:t>points)</w:t>
      </w:r>
    </w:p>
    <w:p xmlns:wp14="http://schemas.microsoft.com/office/word/2010/wordml" w:rsidP="28BD5619" w14:paraId="697CE12F" wp14:textId="2B37BFEA">
      <w:pPr>
        <w:pStyle w:val="Heading3"/>
        <w:rPr>
          <w:color w:val="FF0000"/>
          <w:lang w:val="fr-FR"/>
        </w:rPr>
      </w:pPr>
      <w:r w:rsidRPr="28BD5619" w:rsidR="29FB9532">
        <w:rPr>
          <w:lang w:val="fr-FR"/>
        </w:rPr>
        <w:t>A</w:t>
      </w:r>
      <w:r w:rsidRPr="28BD5619" w:rsidR="29FB9532">
        <w:rPr>
          <w:color w:val="FF0000"/>
          <w:lang w:val="fr-FR"/>
        </w:rPr>
        <w:t xml:space="preserve">. </w:t>
      </w:r>
      <w:r w:rsidRPr="28BD5619" w:rsidR="29FB9532">
        <w:rPr>
          <w:color w:val="FF0000"/>
          <w:lang w:val="fr-FR"/>
        </w:rPr>
        <w:t>Modalités</w:t>
      </w:r>
      <w:r w:rsidRPr="28BD5619" w:rsidR="29FB9532">
        <w:rPr>
          <w:color w:val="FF0000"/>
          <w:lang w:val="fr-FR"/>
        </w:rPr>
        <w:t xml:space="preserve"> de </w:t>
      </w:r>
      <w:r w:rsidRPr="28BD5619" w:rsidR="29FB9532">
        <w:rPr>
          <w:color w:val="FF0000"/>
          <w:lang w:val="fr-FR"/>
        </w:rPr>
        <w:t>sélection</w:t>
      </w:r>
      <w:r w:rsidRPr="28BD5619" w:rsidR="29FB9532">
        <w:rPr>
          <w:color w:val="FF0000"/>
          <w:lang w:val="fr-FR"/>
        </w:rPr>
        <w:t xml:space="preserve"> (3 points)</w:t>
      </w:r>
      <w:r w:rsidRPr="28BD5619" w:rsidR="4F2C4AAD">
        <w:rPr>
          <w:color w:val="FF0000"/>
          <w:lang w:val="fr-FR"/>
        </w:rPr>
        <w:t xml:space="preserve"> lors des 2 stages </w:t>
      </w:r>
      <w:r w:rsidRPr="28BD5619" w:rsidR="7F9720C7">
        <w:rPr>
          <w:color w:val="FF0000"/>
          <w:lang w:val="fr-FR"/>
        </w:rPr>
        <w:t>inter-régionaux</w:t>
      </w:r>
      <w:r w:rsidRPr="28BD5619" w:rsidR="4F2C4AAD">
        <w:rPr>
          <w:color w:val="FF0000"/>
          <w:lang w:val="fr-FR"/>
        </w:rPr>
        <w:t xml:space="preserve"> et le stage de Mars</w:t>
      </w:r>
    </w:p>
    <w:p xmlns:wp14="http://schemas.microsoft.com/office/word/2010/wordml" w14:paraId="1299C43A" wp14:textId="77777777">
      <w:pPr>
        <w:pStyle w:val="Normal"/>
        <w:rPr/>
      </w:pPr>
      <w:r>
        <w:rPr/>
      </w:r>
    </w:p>
    <w:p xmlns:wp14="http://schemas.microsoft.com/office/word/2010/wordml" w14:paraId="4DDBEF00" wp14:textId="77777777">
      <w:pPr>
        <w:pStyle w:val="Normal"/>
        <w:rPr/>
      </w:pPr>
      <w:r>
        <w:rPr/>
      </w:r>
    </w:p>
    <w:p xmlns:wp14="http://schemas.microsoft.com/office/word/2010/wordml" w14:paraId="3461D779" wp14:textId="77777777">
      <w:pPr>
        <w:pStyle w:val="Normal"/>
        <w:rPr/>
      </w:pPr>
      <w:r>
        <w:rPr/>
      </w:r>
    </w:p>
    <w:p xmlns:wp14="http://schemas.microsoft.com/office/word/2010/wordml" w14:paraId="3CF2D8B6" wp14:textId="77777777">
      <w:pPr>
        <w:pStyle w:val="Normal"/>
        <w:rPr/>
      </w:pPr>
      <w:r>
        <w:rPr/>
      </w:r>
    </w:p>
    <w:p xmlns:wp14="http://schemas.microsoft.com/office/word/2010/wordml" w14:paraId="0FB78278" wp14:textId="77777777">
      <w:pPr>
        <w:pStyle w:val="Normal"/>
        <w:rPr/>
      </w:pPr>
      <w:r>
        <w:rPr/>
      </w:r>
    </w:p>
    <w:p xmlns:wp14="http://schemas.microsoft.com/office/word/2010/wordml" w14:paraId="1FC39945" wp14:textId="77777777">
      <w:pPr>
        <w:pStyle w:val="Heading3"/>
        <w:rPr/>
      </w:pPr>
      <w:r>
        <w:rPr/>
      </w:r>
    </w:p>
    <w:p xmlns:wp14="http://schemas.microsoft.com/office/word/2010/wordml" w14:paraId="0562CB0E" wp14:textId="77777777">
      <w:pPr>
        <w:pStyle w:val="Heading3"/>
        <w:rPr/>
      </w:pPr>
      <w:r>
        <w:rPr/>
      </w:r>
    </w:p>
    <w:p xmlns:wp14="http://schemas.microsoft.com/office/word/2010/wordml" w:rsidP="28BD5619" w14:paraId="5B34F5DE" wp14:textId="31C16DD9">
      <w:pPr>
        <w:pStyle w:val="Heading3"/>
        <w:rPr>
          <w:color w:val="FF0000"/>
          <w:lang w:val="fr-FR"/>
        </w:rPr>
      </w:pPr>
      <w:r w:rsidRPr="28BD5619" w:rsidR="29FB9532">
        <w:rPr>
          <w:lang w:val="fr-FR"/>
        </w:rPr>
        <w:t xml:space="preserve">B. </w:t>
      </w:r>
      <w:r w:rsidRPr="28BD5619" w:rsidR="29FB9532">
        <w:rPr>
          <w:color w:val="FF0000"/>
          <w:lang w:val="fr-FR"/>
        </w:rPr>
        <w:t>Préparation</w:t>
      </w:r>
      <w:r w:rsidRPr="28BD5619" w:rsidR="29FB9532">
        <w:rPr>
          <w:color w:val="FF0000"/>
          <w:lang w:val="fr-FR"/>
        </w:rPr>
        <w:t xml:space="preserve"> </w:t>
      </w:r>
      <w:r w:rsidRPr="28BD5619" w:rsidR="29FB9532">
        <w:rPr>
          <w:color w:val="FF0000"/>
          <w:lang w:val="fr-FR"/>
        </w:rPr>
        <w:t>sportive :</w:t>
      </w:r>
      <w:r w:rsidRPr="28BD5619" w:rsidR="29FB9532">
        <w:rPr>
          <w:color w:val="FF0000"/>
          <w:lang w:val="fr-FR"/>
        </w:rPr>
        <w:t xml:space="preserve"> </w:t>
      </w:r>
      <w:r w:rsidRPr="28BD5619" w:rsidR="12F4F546">
        <w:rPr>
          <w:color w:val="FF0000"/>
          <w:lang w:val="fr-FR"/>
        </w:rPr>
        <w:t xml:space="preserve">comment </w:t>
      </w:r>
      <w:r w:rsidRPr="28BD5619" w:rsidR="6F8ACD3A">
        <w:rPr>
          <w:color w:val="FF0000"/>
          <w:lang w:val="fr-FR"/>
        </w:rPr>
        <w:t>envisagez-vous</w:t>
      </w:r>
      <w:r w:rsidRPr="28BD5619" w:rsidR="12F4F546">
        <w:rPr>
          <w:color w:val="FF0000"/>
          <w:lang w:val="fr-FR"/>
        </w:rPr>
        <w:t xml:space="preserve"> la construction des </w:t>
      </w:r>
      <w:r w:rsidRPr="28BD5619" w:rsidR="6049AE48">
        <w:rPr>
          <w:color w:val="FF0000"/>
          <w:lang w:val="fr-FR"/>
        </w:rPr>
        <w:t xml:space="preserve">2 </w:t>
      </w:r>
      <w:r w:rsidRPr="28BD5619" w:rsidR="12F4F546">
        <w:rPr>
          <w:color w:val="FF0000"/>
          <w:lang w:val="fr-FR"/>
        </w:rPr>
        <w:t xml:space="preserve">stages </w:t>
      </w:r>
      <w:r w:rsidRPr="28BD5619" w:rsidR="3A3F71A5">
        <w:rPr>
          <w:color w:val="FF0000"/>
          <w:lang w:val="fr-FR"/>
        </w:rPr>
        <w:t>(</w:t>
      </w:r>
      <w:r w:rsidRPr="28BD5619" w:rsidR="3A3F71A5">
        <w:rPr>
          <w:color w:val="FF0000"/>
          <w:lang w:val="fr-FR"/>
        </w:rPr>
        <w:t>mai-Juillet</w:t>
      </w:r>
      <w:r w:rsidRPr="28BD5619" w:rsidR="3A3F71A5">
        <w:rPr>
          <w:color w:val="FF0000"/>
          <w:lang w:val="fr-FR"/>
        </w:rPr>
        <w:t xml:space="preserve">) </w:t>
      </w:r>
      <w:r w:rsidRPr="28BD5619" w:rsidR="12F4F546">
        <w:rPr>
          <w:color w:val="FF0000"/>
          <w:lang w:val="fr-FR"/>
        </w:rPr>
        <w:t>pour pr</w:t>
      </w:r>
      <w:r w:rsidRPr="28BD5619" w:rsidR="2FDDA33D">
        <w:rPr>
          <w:color w:val="FF0000"/>
          <w:lang w:val="fr-FR"/>
        </w:rPr>
        <w:t>é</w:t>
      </w:r>
      <w:r w:rsidRPr="28BD5619" w:rsidR="12F4F546">
        <w:rPr>
          <w:color w:val="FF0000"/>
          <w:lang w:val="fr-FR"/>
        </w:rPr>
        <w:t>parer votre équipe</w:t>
      </w:r>
      <w:r w:rsidRPr="28BD5619" w:rsidR="29FB9532">
        <w:rPr>
          <w:color w:val="FF0000"/>
          <w:lang w:val="fr-FR"/>
        </w:rPr>
        <w:t xml:space="preserve"> (</w:t>
      </w:r>
      <w:r w:rsidRPr="28BD5619" w:rsidR="02E6B808">
        <w:rPr>
          <w:color w:val="FF0000"/>
          <w:lang w:val="fr-FR"/>
        </w:rPr>
        <w:t>5</w:t>
      </w:r>
      <w:r w:rsidRPr="28BD5619" w:rsidR="29FB9532">
        <w:rPr>
          <w:color w:val="FF0000"/>
          <w:lang w:val="fr-FR"/>
        </w:rPr>
        <w:t xml:space="preserve"> points)</w:t>
      </w:r>
    </w:p>
    <w:p xmlns:wp14="http://schemas.microsoft.com/office/word/2010/wordml" w14:paraId="34CE0A41" wp14:textId="77777777">
      <w:pPr>
        <w:pStyle w:val="Normal"/>
        <w:rPr/>
      </w:pPr>
    </w:p>
    <w:p w:rsidR="28BD5619" w:rsidP="28BD5619" w:rsidRDefault="28BD5619" w14:paraId="7F70E6C1" w14:textId="4908530B">
      <w:pPr>
        <w:pStyle w:val="Heading3"/>
      </w:pPr>
    </w:p>
    <w:p w:rsidR="28BD5619" w:rsidP="28BD5619" w:rsidRDefault="28BD5619" w14:paraId="096D1468" w14:textId="4E0C645B">
      <w:pPr>
        <w:pStyle w:val="Heading3"/>
      </w:pPr>
    </w:p>
    <w:p w:rsidR="28BD5619" w:rsidP="28BD5619" w:rsidRDefault="28BD5619" w14:paraId="55BF1F2F" w14:textId="7A45316E">
      <w:pPr>
        <w:pStyle w:val="Heading3"/>
      </w:pPr>
    </w:p>
    <w:p xmlns:wp14="http://schemas.microsoft.com/office/word/2010/wordml" w:rsidP="29FB9532" w14:paraId="2C6EC3AD" wp14:textId="77777777">
      <w:pPr>
        <w:pStyle w:val="Heading3"/>
        <w:rPr>
          <w:color w:val="FF0000"/>
        </w:rPr>
      </w:pPr>
      <w:r w:rsidR="29FB9532">
        <w:rPr/>
        <w:t xml:space="preserve">C. </w:t>
      </w:r>
      <w:r w:rsidRPr="29FB9532" w:rsidR="29FB9532">
        <w:rPr>
          <w:color w:val="FF0000"/>
        </w:rPr>
        <w:t>Préparation</w:t>
      </w:r>
      <w:r w:rsidRPr="29FB9532" w:rsidR="29FB9532">
        <w:rPr>
          <w:color w:val="FF0000"/>
        </w:rPr>
        <w:t xml:space="preserve"> physique et </w:t>
      </w:r>
      <w:r w:rsidRPr="29FB9532" w:rsidR="29FB9532">
        <w:rPr>
          <w:color w:val="FF0000"/>
        </w:rPr>
        <w:t>mentale</w:t>
      </w:r>
      <w:r w:rsidRPr="29FB9532" w:rsidR="29FB9532">
        <w:rPr>
          <w:color w:val="FF0000"/>
        </w:rPr>
        <w:t xml:space="preserve"> (2 points)</w:t>
      </w:r>
    </w:p>
    <w:p xmlns:wp14="http://schemas.microsoft.com/office/word/2010/wordml" w14:paraId="62EBF3C5" wp14:textId="77777777">
      <w:pPr>
        <w:pStyle w:val="Heading3"/>
        <w:rPr/>
      </w:pPr>
      <w:r>
        <w:rPr/>
      </w:r>
    </w:p>
    <w:p xmlns:wp14="http://schemas.microsoft.com/office/word/2010/wordml" w14:paraId="6D98A12B" wp14:textId="77777777">
      <w:pPr>
        <w:pStyle w:val="Heading3"/>
        <w:rPr/>
      </w:pPr>
    </w:p>
    <w:p xmlns:wp14="http://schemas.microsoft.com/office/word/2010/wordml" w14:paraId="5997CC1D" wp14:textId="77777777">
      <w:pPr>
        <w:pStyle w:val="Heading3"/>
        <w:rPr/>
      </w:pPr>
      <w:r>
        <w:rPr/>
      </w:r>
    </w:p>
    <w:p xmlns:wp14="http://schemas.microsoft.com/office/word/2010/wordml" w:rsidP="29FB9532" w14:paraId="2C851D82" wp14:textId="52DE581A">
      <w:pPr>
        <w:pStyle w:val="Heading3"/>
        <w:rPr>
          <w:color w:val="FF0000"/>
        </w:rPr>
      </w:pPr>
      <w:r w:rsidR="1939D7EB">
        <w:rPr/>
        <w:t>D.</w:t>
      </w:r>
      <w:r w:rsidRPr="29FB9532" w:rsidR="1939D7EB">
        <w:rPr>
          <w:color w:val="FF0000"/>
        </w:rPr>
        <w:t xml:space="preserve"> Choix </w:t>
      </w:r>
      <w:r w:rsidRPr="29FB9532" w:rsidR="1939D7EB">
        <w:rPr>
          <w:color w:val="FF0000"/>
        </w:rPr>
        <w:t>tactiques</w:t>
      </w:r>
      <w:r w:rsidRPr="29FB9532" w:rsidR="1939D7EB">
        <w:rPr>
          <w:color w:val="FF0000"/>
        </w:rPr>
        <w:t xml:space="preserve"> et techniques (7 points)</w:t>
      </w:r>
    </w:p>
    <w:p xmlns:wp14="http://schemas.microsoft.com/office/word/2010/wordml" w14:paraId="110FFD37" wp14:textId="77777777">
      <w:pPr>
        <w:pStyle w:val="Heading3"/>
        <w:rPr/>
      </w:pPr>
      <w:r>
        <w:rPr/>
      </w:r>
    </w:p>
    <w:p xmlns:wp14="http://schemas.microsoft.com/office/word/2010/wordml" w14:paraId="6B699379" wp14:textId="77777777">
      <w:pPr>
        <w:pStyle w:val="Heading3"/>
        <w:rPr/>
      </w:pPr>
      <w:r>
        <w:rPr/>
      </w:r>
    </w:p>
    <w:p xmlns:wp14="http://schemas.microsoft.com/office/word/2010/wordml" w14:paraId="3FE9F23F" wp14:textId="77777777">
      <w:pPr>
        <w:pStyle w:val="Heading3"/>
        <w:rPr/>
      </w:pPr>
      <w:r>
        <w:rPr/>
      </w:r>
    </w:p>
    <w:p xmlns:wp14="http://schemas.microsoft.com/office/word/2010/wordml" w14:paraId="1F72F646" wp14:textId="77777777">
      <w:pPr>
        <w:pStyle w:val="Heading3"/>
        <w:rPr/>
      </w:pPr>
      <w:r>
        <w:rPr/>
      </w:r>
    </w:p>
    <w:p xmlns:wp14="http://schemas.microsoft.com/office/word/2010/wordml" w14:paraId="08CE6F91" wp14:textId="77777777">
      <w:pPr>
        <w:pStyle w:val="Heading3"/>
        <w:rPr/>
      </w:pPr>
      <w:r>
        <w:rPr/>
      </w:r>
    </w:p>
    <w:p xmlns:wp14="http://schemas.microsoft.com/office/word/2010/wordml" w14:paraId="61CDCEAD" wp14:textId="77777777">
      <w:pPr>
        <w:pStyle w:val="Heading3"/>
        <w:rPr/>
      </w:pPr>
      <w:r>
        <w:rPr/>
      </w:r>
    </w:p>
    <w:p xmlns:wp14="http://schemas.microsoft.com/office/word/2010/wordml" w14:paraId="6BB9E253" wp14:textId="77777777">
      <w:pPr>
        <w:pStyle w:val="Heading3"/>
        <w:rPr/>
      </w:pPr>
      <w:r>
        <w:rPr/>
      </w:r>
    </w:p>
    <w:p xmlns:wp14="http://schemas.microsoft.com/office/word/2010/wordml" w14:paraId="23DE523C" wp14:textId="77777777">
      <w:pPr>
        <w:pStyle w:val="Heading3"/>
        <w:rPr/>
      </w:pPr>
      <w:r>
        <w:rPr/>
      </w:r>
    </w:p>
    <w:p xmlns:wp14="http://schemas.microsoft.com/office/word/2010/wordml" w14:paraId="52E56223" wp14:textId="77777777">
      <w:pPr>
        <w:pStyle w:val="Heading3"/>
        <w:rPr/>
      </w:pPr>
      <w:r>
        <w:rPr/>
      </w:r>
    </w:p>
    <w:p xmlns:wp14="http://schemas.microsoft.com/office/word/2010/wordml" w14:paraId="07547A01" wp14:textId="77777777">
      <w:pPr>
        <w:pStyle w:val="Heading3"/>
        <w:rPr/>
      </w:pPr>
      <w:r>
        <w:rPr/>
      </w:r>
    </w:p>
    <w:p xmlns:wp14="http://schemas.microsoft.com/office/word/2010/wordml" w14:paraId="5043CB0F" wp14:textId="77777777">
      <w:pPr>
        <w:pStyle w:val="Heading3"/>
        <w:rPr/>
      </w:pPr>
      <w:r>
        <w:rPr/>
      </w:r>
    </w:p>
    <w:p xmlns:wp14="http://schemas.microsoft.com/office/word/2010/wordml" w14:paraId="07459315" wp14:textId="77777777">
      <w:pPr>
        <w:pStyle w:val="Heading3"/>
        <w:rPr/>
      </w:pPr>
      <w:r>
        <w:rPr/>
      </w:r>
    </w:p>
    <w:p xmlns:wp14="http://schemas.microsoft.com/office/word/2010/wordml" w14:paraId="6537F28F" wp14:textId="77777777">
      <w:pPr>
        <w:pStyle w:val="Heading3"/>
        <w:rPr/>
      </w:pPr>
      <w:r>
        <w:rPr/>
      </w:r>
    </w:p>
    <w:p xmlns:wp14="http://schemas.microsoft.com/office/word/2010/wordml" w14:paraId="6DFB9E20" wp14:textId="77777777">
      <w:pPr>
        <w:pStyle w:val="Heading3"/>
        <w:rPr/>
      </w:pPr>
      <w:r>
        <w:rPr/>
      </w:r>
    </w:p>
    <w:p xmlns:wp14="http://schemas.microsoft.com/office/word/2010/wordml" w14:paraId="70DF9E56" wp14:textId="77777777">
      <w:pPr>
        <w:pStyle w:val="Heading3"/>
        <w:rPr/>
      </w:pPr>
      <w:r>
        <w:rPr/>
      </w:r>
    </w:p>
    <w:p xmlns:wp14="http://schemas.microsoft.com/office/word/2010/wordml" w14:paraId="44E871BC" wp14:textId="77777777">
      <w:pPr>
        <w:pStyle w:val="Heading3"/>
        <w:rPr/>
      </w:pPr>
      <w:r>
        <w:rPr/>
      </w:r>
    </w:p>
    <w:p xmlns:wp14="http://schemas.microsoft.com/office/word/2010/wordml" w14:paraId="144A5D23" wp14:textId="77777777">
      <w:pPr>
        <w:pStyle w:val="Heading3"/>
        <w:rPr/>
      </w:pPr>
      <w:r>
        <w:rPr/>
      </w:r>
    </w:p>
    <w:p xmlns:wp14="http://schemas.microsoft.com/office/word/2010/wordml" w14:paraId="738610EB" wp14:textId="77777777">
      <w:pPr>
        <w:pStyle w:val="Heading3"/>
        <w:rPr/>
      </w:pPr>
    </w:p>
    <w:p w:rsidR="29FB9532" w:rsidP="29FB9532" w:rsidRDefault="29FB9532" w14:paraId="7194E83D" w14:textId="12454008">
      <w:pPr>
        <w:pStyle w:val="Heading3"/>
      </w:pPr>
    </w:p>
    <w:p w:rsidR="29FB9532" w:rsidP="29FB9532" w:rsidRDefault="29FB9532" w14:paraId="45B79966" w14:textId="0E456EF1">
      <w:pPr>
        <w:pStyle w:val="Heading3"/>
      </w:pPr>
    </w:p>
    <w:p w:rsidR="29FB9532" w:rsidP="29FB9532" w:rsidRDefault="29FB9532" w14:paraId="3DCAB204" w14:textId="17176E88">
      <w:pPr>
        <w:pStyle w:val="Heading3"/>
      </w:pPr>
    </w:p>
    <w:p w:rsidR="29FB9532" w:rsidP="29FB9532" w:rsidRDefault="29FB9532" w14:paraId="4D787615" w14:textId="014BF7E7">
      <w:pPr>
        <w:pStyle w:val="Heading3"/>
      </w:pPr>
    </w:p>
    <w:p w:rsidR="29FB9532" w:rsidP="29FB9532" w:rsidRDefault="29FB9532" w14:paraId="3DC78B4F" w14:textId="4670C96A">
      <w:pPr>
        <w:pStyle w:val="Normal"/>
      </w:pPr>
    </w:p>
    <w:p w:rsidR="29FB9532" w:rsidP="29FB9532" w:rsidRDefault="29FB9532" w14:paraId="1E231F19" w14:textId="4583C8D6">
      <w:pPr>
        <w:pStyle w:val="Normal"/>
      </w:pPr>
    </w:p>
    <w:p xmlns:wp14="http://schemas.microsoft.com/office/word/2010/wordml" w14:paraId="7A2EEBE8" wp14:textId="77777777">
      <w:pPr>
        <w:pStyle w:val="Heading3"/>
      </w:pPr>
      <w:r w:rsidR="29FB9532">
        <w:rPr/>
        <w:t xml:space="preserve">E. </w:t>
      </w:r>
      <w:r w:rsidRPr="29FB9532" w:rsidR="29FB9532">
        <w:rPr>
          <w:color w:val="FF0000"/>
        </w:rPr>
        <w:t>Esprit du jeu (4 points)</w:t>
      </w:r>
    </w:p>
    <w:p xmlns:wp14="http://schemas.microsoft.com/office/word/2010/wordml" w14:paraId="637805D2" wp14:textId="77777777">
      <w:pPr>
        <w:pStyle w:val="Heading3"/>
        <w:rPr/>
      </w:pPr>
      <w:r>
        <w:rPr/>
      </w:r>
    </w:p>
    <w:p xmlns:wp14="http://schemas.microsoft.com/office/word/2010/wordml" w14:paraId="463F29E8" wp14:textId="77777777">
      <w:pPr>
        <w:pStyle w:val="Normal"/>
        <w:rPr/>
      </w:pPr>
      <w:r>
        <w:rPr/>
      </w:r>
    </w:p>
    <w:p xmlns:wp14="http://schemas.microsoft.com/office/word/2010/wordml" w14:paraId="3B7B4B86" wp14:textId="77777777">
      <w:pPr>
        <w:pStyle w:val="Normal"/>
        <w:rPr/>
      </w:pPr>
      <w:r>
        <w:rPr/>
      </w:r>
    </w:p>
    <w:p xmlns:wp14="http://schemas.microsoft.com/office/word/2010/wordml" w14:paraId="3A0FF5F2" wp14:textId="77777777">
      <w:pPr>
        <w:pStyle w:val="Normal"/>
        <w:rPr/>
      </w:pPr>
      <w:r>
        <w:rPr/>
      </w:r>
    </w:p>
    <w:p xmlns:wp14="http://schemas.microsoft.com/office/word/2010/wordml" w14:paraId="5630AD66" wp14:textId="77777777">
      <w:pPr>
        <w:pStyle w:val="Heading3"/>
        <w:rPr/>
      </w:pPr>
      <w:r>
        <w:rPr/>
      </w:r>
    </w:p>
    <w:p xmlns:wp14="http://schemas.microsoft.com/office/word/2010/wordml" w14:paraId="61829076" wp14:textId="77777777">
      <w:pPr>
        <w:pStyle w:val="Heading3"/>
        <w:rPr/>
      </w:pPr>
      <w:r>
        <w:rPr/>
      </w:r>
    </w:p>
    <w:p xmlns:wp14="http://schemas.microsoft.com/office/word/2010/wordml" w:rsidP="29FB9532" w14:paraId="5B5BD4A0" wp14:textId="56B7F7E4">
      <w:pPr>
        <w:pStyle w:val="Heading3"/>
        <w:rPr>
          <w:color w:val="FF0000"/>
        </w:rPr>
      </w:pPr>
      <w:r w:rsidR="29FB9532">
        <w:rPr/>
        <w:t xml:space="preserve">F. </w:t>
      </w:r>
      <w:r w:rsidRPr="28BD5619" w:rsidR="29FB9532">
        <w:rPr>
          <w:color w:val="FF0000"/>
        </w:rPr>
        <w:t>Organisation</w:t>
      </w:r>
      <w:r w:rsidRPr="28BD5619" w:rsidR="29FB9532">
        <w:rPr>
          <w:color w:val="FF0000"/>
        </w:rPr>
        <w:t xml:space="preserve"> </w:t>
      </w:r>
      <w:r w:rsidRPr="28BD5619" w:rsidR="29FB9532">
        <w:rPr>
          <w:color w:val="FF0000"/>
        </w:rPr>
        <w:t>d’équipe</w:t>
      </w:r>
      <w:r w:rsidRPr="28BD5619" w:rsidR="29FB9532">
        <w:rPr>
          <w:color w:val="FF0000"/>
        </w:rPr>
        <w:t xml:space="preserve"> / Management (</w:t>
      </w:r>
      <w:r w:rsidRPr="28BD5619" w:rsidR="7F5CF5ED">
        <w:rPr>
          <w:color w:val="FF0000"/>
        </w:rPr>
        <w:t xml:space="preserve">5 </w:t>
      </w:r>
      <w:r w:rsidRPr="28BD5619" w:rsidR="29FB9532">
        <w:rPr>
          <w:color w:val="FF0000"/>
        </w:rPr>
        <w:t>points)</w:t>
      </w:r>
    </w:p>
    <w:p xmlns:wp14="http://schemas.microsoft.com/office/word/2010/wordml" w14:paraId="2BA226A1" wp14:textId="77777777">
      <w:pPr>
        <w:pStyle w:val="Normal"/>
        <w:rPr/>
      </w:pPr>
      <w:r>
        <w:rPr/>
      </w:r>
    </w:p>
    <w:p xmlns:wp14="http://schemas.microsoft.com/office/word/2010/wordml" w14:paraId="17AD93B2" wp14:textId="77777777">
      <w:pPr>
        <w:pStyle w:val="Normal"/>
        <w:rPr/>
      </w:pPr>
      <w:r>
        <w:rPr/>
      </w:r>
    </w:p>
    <w:p xmlns:wp14="http://schemas.microsoft.com/office/word/2010/wordml" w14:paraId="0DE4B5B7" wp14:textId="77777777">
      <w:pPr>
        <w:pStyle w:val="Normal"/>
        <w:rPr/>
      </w:pPr>
      <w:r>
        <w:rPr/>
      </w:r>
    </w:p>
    <w:p xmlns:wp14="http://schemas.microsoft.com/office/word/2010/wordml" w14:paraId="66204FF1" wp14:textId="77777777">
      <w:pPr>
        <w:pStyle w:val="Normal"/>
        <w:rPr/>
      </w:pPr>
      <w:r>
        <w:rPr/>
      </w:r>
    </w:p>
    <w:p xmlns:wp14="http://schemas.microsoft.com/office/word/2010/wordml" w14:paraId="2DBF0D7D" wp14:textId="77777777">
      <w:pPr>
        <w:pStyle w:val="Normal"/>
        <w:rPr/>
      </w:pPr>
      <w:r>
        <w:rPr/>
      </w:r>
    </w:p>
    <w:p xmlns:wp14="http://schemas.microsoft.com/office/word/2010/wordml" w14:paraId="6B62F1B3" wp14:textId="77777777">
      <w:pPr>
        <w:pStyle w:val="Normal"/>
        <w:rPr/>
      </w:pPr>
      <w:r>
        <w:rPr/>
      </w:r>
    </w:p>
    <w:p xmlns:wp14="http://schemas.microsoft.com/office/word/2010/wordml" w14:paraId="02F2C34E" wp14:textId="77777777">
      <w:pPr>
        <w:pStyle w:val="Normal"/>
        <w:rPr/>
      </w:pPr>
      <w:r>
        <w:rPr/>
      </w:r>
    </w:p>
    <w:p xmlns:wp14="http://schemas.microsoft.com/office/word/2010/wordml" w14:paraId="680A4E5D" wp14:textId="77777777">
      <w:pPr>
        <w:pStyle w:val="Normal"/>
        <w:rPr/>
      </w:pPr>
      <w:r>
        <w:rPr/>
      </w:r>
    </w:p>
    <w:p xmlns:wp14="http://schemas.microsoft.com/office/word/2010/wordml" w14:paraId="19219836" wp14:textId="77777777">
      <w:pPr>
        <w:pStyle w:val="Normal"/>
        <w:rPr/>
      </w:pPr>
      <w:r>
        <w:rPr/>
      </w:r>
    </w:p>
    <w:p xmlns:wp14="http://schemas.microsoft.com/office/word/2010/wordml" w14:paraId="296FEF7D" wp14:textId="77777777">
      <w:pPr>
        <w:pStyle w:val="Normal"/>
        <w:rPr/>
      </w:pPr>
      <w:r>
        <w:rPr/>
      </w:r>
    </w:p>
    <w:p xmlns:wp14="http://schemas.microsoft.com/office/word/2010/wordml" w14:paraId="7194DBDC" wp14:textId="77777777">
      <w:pPr>
        <w:pStyle w:val="Heading3"/>
        <w:rPr/>
      </w:pPr>
    </w:p>
    <w:p xmlns:wp14="http://schemas.microsoft.com/office/word/2010/wordml" w14:paraId="30D7AA69" wp14:textId="77777777">
      <w:pPr>
        <w:pStyle w:val="Normal"/>
        <w:rPr/>
      </w:pPr>
    </w:p>
    <w:p xmlns:wp14="http://schemas.microsoft.com/office/word/2010/wordml" w14:paraId="6D072C0D" wp14:textId="77777777">
      <w:pPr>
        <w:pStyle w:val="Normal"/>
        <w:rPr/>
      </w:pPr>
      <w:r>
        <w:rPr/>
      </w:r>
    </w:p>
    <w:p xmlns:wp14="http://schemas.microsoft.com/office/word/2010/wordml" w:rsidP="29FB9532" w14:paraId="0522537B" wp14:textId="77777777">
      <w:pPr>
        <w:pStyle w:val="Heading3"/>
        <w:rPr>
          <w:color w:val="FF0000"/>
        </w:rPr>
      </w:pPr>
      <w:r w:rsidR="29FB9532">
        <w:rPr/>
        <w:t>G.</w:t>
      </w:r>
      <w:r w:rsidRPr="29FB9532" w:rsidR="29FB9532">
        <w:rPr>
          <w:color w:val="FF0000"/>
        </w:rPr>
        <w:t xml:space="preserve"> </w:t>
      </w:r>
      <w:r w:rsidRPr="29FB9532" w:rsidR="29FB9532">
        <w:rPr>
          <w:color w:val="FF0000"/>
        </w:rPr>
        <w:t>O</w:t>
      </w:r>
      <w:r w:rsidRPr="29FB9532" w:rsidR="29FB9532">
        <w:rPr>
          <w:color w:val="FF0000"/>
        </w:rPr>
        <w:t>bjectifs</w:t>
      </w:r>
      <w:r w:rsidRPr="29FB9532" w:rsidR="29FB9532">
        <w:rPr>
          <w:color w:val="FF0000"/>
        </w:rPr>
        <w:t xml:space="preserve"> </w:t>
      </w:r>
      <w:r w:rsidRPr="29FB9532" w:rsidR="29FB9532">
        <w:rPr>
          <w:color w:val="FF0000"/>
        </w:rPr>
        <w:t>spécifiques</w:t>
      </w:r>
      <w:r w:rsidRPr="29FB9532" w:rsidR="29FB9532">
        <w:rPr>
          <w:color w:val="FF0000"/>
        </w:rPr>
        <w:t xml:space="preserve"> et </w:t>
      </w:r>
      <w:r w:rsidRPr="29FB9532" w:rsidR="29FB9532">
        <w:rPr>
          <w:color w:val="FF0000"/>
        </w:rPr>
        <w:t>planifiés</w:t>
      </w:r>
      <w:r w:rsidRPr="29FB9532" w:rsidR="29FB9532">
        <w:rPr>
          <w:color w:val="FF0000"/>
        </w:rPr>
        <w:t xml:space="preserve"> (3 points)</w:t>
      </w:r>
    </w:p>
    <w:p xmlns:wp14="http://schemas.microsoft.com/office/word/2010/wordml" w14:paraId="48A21919" wp14:textId="77777777">
      <w:pPr>
        <w:pStyle w:val="Normal"/>
        <w:rPr/>
      </w:pPr>
      <w:r>
        <w:rPr/>
      </w:r>
    </w:p>
    <w:p xmlns:wp14="http://schemas.microsoft.com/office/word/2010/wordml" w14:paraId="6BD18F9B" wp14:textId="77777777">
      <w:pPr>
        <w:pStyle w:val="Normal"/>
        <w:rPr/>
      </w:pPr>
      <w:r>
        <w:rPr/>
      </w:r>
    </w:p>
    <w:p xmlns:wp14="http://schemas.microsoft.com/office/word/2010/wordml" w14:paraId="238601FE" wp14:textId="77777777">
      <w:pPr>
        <w:pStyle w:val="Normal"/>
        <w:rPr/>
      </w:pPr>
      <w:r>
        <w:rPr/>
      </w:r>
    </w:p>
    <w:p xmlns:wp14="http://schemas.microsoft.com/office/word/2010/wordml" w14:paraId="0F3CABC7" wp14:textId="77777777">
      <w:pPr>
        <w:pStyle w:val="Normal"/>
        <w:rPr/>
      </w:pPr>
      <w:r>
        <w:rPr/>
      </w:r>
    </w:p>
    <w:p xmlns:wp14="http://schemas.microsoft.com/office/word/2010/wordml" w14:paraId="5B08B5D1" wp14:textId="77777777">
      <w:pPr>
        <w:pStyle w:val="Normal"/>
        <w:rPr/>
      </w:pPr>
      <w:r>
        <w:rPr/>
      </w:r>
      <w:r>
        <w:br w:type="page"/>
      </w:r>
    </w:p>
    <w:p xmlns:wp14="http://schemas.microsoft.com/office/word/2010/wordml" w14:paraId="16DEB4AB" wp14:textId="77777777">
      <w:pPr>
        <w:pStyle w:val="Normal"/>
        <w:spacing w:before="0" w:after="200"/>
        <w:rPr/>
      </w:pPr>
    </w:p>
    <w:p xmlns:wp14="http://schemas.microsoft.com/office/word/2010/wordml" w14:paraId="0AD9C6F4" wp14:textId="16F6381B">
      <w:pPr>
        <w:pStyle w:val="Heading3"/>
        <w:spacing w:before="0" w:after="0"/>
      </w:pPr>
    </w:p>
    <w:p xmlns:wp14="http://schemas.microsoft.com/office/word/2010/wordml" w:rsidP="29FB9532" w14:paraId="51C2CD42" wp14:textId="002CB5BC">
      <w:pPr>
        <w:pStyle w:val="Heading2"/>
        <w:suppressLineNumbers w:val="0"/>
        <w:bidi w:val="0"/>
        <w:spacing w:before="200" w:beforeAutospacing="off" w:after="0" w:afterAutospacing="off" w:line="276" w:lineRule="auto"/>
        <w:ind w:left="0" w:right="0"/>
        <w:jc w:val="left"/>
      </w:pPr>
      <w:r w:rsidR="70136429">
        <w:rPr/>
        <w:t>3</w:t>
      </w:r>
      <w:r w:rsidR="29FB9532">
        <w:rPr/>
        <w:t>. BUDGET PRÉVISIONNEL (</w:t>
      </w:r>
      <w:r w:rsidR="0989543E">
        <w:rPr/>
        <w:t>3</w:t>
      </w:r>
      <w:r w:rsidR="29FB9532">
        <w:rPr/>
        <w:t xml:space="preserve"> points)</w:t>
      </w:r>
    </w:p>
    <w:p xmlns:wp14="http://schemas.microsoft.com/office/word/2010/wordml" w14:paraId="4B1F511A" wp14:textId="77777777">
      <w:pPr>
        <w:pStyle w:val="Normal"/>
        <w:rPr/>
      </w:pPr>
      <w:r>
        <w:rPr/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320"/>
        <w:gridCol w:w="4320"/>
      </w:tblGrid>
      <w:tr xmlns:wp14="http://schemas.microsoft.com/office/word/2010/wordml" w:rsidTr="28BD5619" w14:paraId="7FE61D13" wp14:textId="77777777">
        <w:trPr/>
        <w:tc>
          <w:tcPr>
            <w:tcW w:w="43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14:paraId="48745B26" wp14:textId="77777777">
            <w:pPr>
              <w:pStyle w:val="Contenudetableau"/>
              <w:spacing w:before="0" w:after="2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LIGNE DE DEPENSES</w:t>
            </w:r>
          </w:p>
        </w:tc>
        <w:tc>
          <w:tcPr>
            <w:tcW w:w="43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14:paraId="07BB7717" wp14:textId="77777777">
            <w:pPr>
              <w:pStyle w:val="Contenudetableau"/>
              <w:spacing w:before="0" w:after="2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MONTANTS</w:t>
            </w:r>
          </w:p>
        </w:tc>
      </w:tr>
      <w:tr xmlns:wp14="http://schemas.microsoft.com/office/word/2010/wordml" w:rsidTr="28BD5619" w14:paraId="322DDEEB" wp14:textId="77777777">
        <w:trPr/>
        <w:tc>
          <w:tcPr>
            <w:tcW w:w="4320" w:type="dxa"/>
            <w:tcBorders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14:paraId="281E5D77" wp14:textId="77777777">
            <w:pPr>
              <w:pStyle w:val="Contenudetableau"/>
              <w:spacing w:before="0" w:after="200"/>
              <w:jc w:val="center"/>
              <w:rPr/>
            </w:pPr>
            <w:r>
              <w:rPr/>
              <w:t>Frais pour les stages</w:t>
            </w:r>
          </w:p>
        </w:tc>
        <w:tc>
          <w:tcPr>
            <w:tcW w:w="4320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14:paraId="65F9C3DC" wp14:textId="77777777">
            <w:pPr>
              <w:pStyle w:val="Contenudetableau"/>
              <w:spacing w:before="0" w:after="200"/>
              <w:jc w:val="center"/>
              <w:rPr/>
            </w:pPr>
            <w:r>
              <w:rPr/>
            </w:r>
          </w:p>
        </w:tc>
      </w:tr>
      <w:tr xmlns:wp14="http://schemas.microsoft.com/office/word/2010/wordml" w:rsidTr="28BD5619" w14:paraId="5748F744" wp14:textId="77777777">
        <w:trPr/>
        <w:tc>
          <w:tcPr>
            <w:tcW w:w="4320" w:type="dxa"/>
            <w:tcBorders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14:paraId="16EA0077" wp14:textId="3FD82DEF">
            <w:pPr>
              <w:pStyle w:val="Contenudetableau"/>
              <w:spacing w:before="0" w:after="200"/>
              <w:jc w:val="center"/>
            </w:pPr>
            <w:r w:rsidR="28BD5619">
              <w:rPr/>
              <w:t xml:space="preserve">Transport </w:t>
            </w:r>
            <w:r w:rsidR="15131C7C">
              <w:rPr/>
              <w:t>stages</w:t>
            </w:r>
          </w:p>
        </w:tc>
        <w:tc>
          <w:tcPr>
            <w:tcW w:w="4320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14:paraId="1F3B1409" wp14:textId="77777777">
            <w:pPr>
              <w:pStyle w:val="Contenudetableau"/>
              <w:spacing w:before="0" w:after="200"/>
              <w:jc w:val="center"/>
              <w:rPr/>
            </w:pPr>
            <w:r>
              <w:rPr/>
            </w:r>
          </w:p>
        </w:tc>
      </w:tr>
      <w:tr w:rsidR="28BD5619" w:rsidTr="28BD5619" w14:paraId="18727F0A">
        <w:trPr>
          <w:trHeight w:val="300"/>
        </w:trPr>
        <w:tc>
          <w:tcPr>
            <w:tcW w:w="4320" w:type="dxa"/>
            <w:tcBorders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="15131C7C" w:rsidP="28BD5619" w:rsidRDefault="15131C7C" w14:paraId="1E61575D" w14:textId="26592B59">
            <w:pPr>
              <w:pStyle w:val="Contenudetableau"/>
              <w:suppressLineNumbers w:val="0"/>
              <w:bidi w:val="0"/>
              <w:spacing w:before="0" w:beforeAutospacing="off" w:after="200" w:afterAutospacing="off" w:line="276" w:lineRule="auto"/>
              <w:ind w:left="0" w:right="0"/>
              <w:jc w:val="center"/>
            </w:pPr>
            <w:r w:rsidR="15131C7C">
              <w:rPr/>
              <w:t xml:space="preserve">Transport </w:t>
            </w:r>
            <w:r w:rsidR="15131C7C">
              <w:rPr/>
              <w:t>compétition</w:t>
            </w:r>
          </w:p>
        </w:tc>
        <w:tc>
          <w:tcPr>
            <w:tcW w:w="4320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28BD5619" w:rsidP="28BD5619" w:rsidRDefault="28BD5619" w14:paraId="5E648ECA" w14:textId="0C8FA4FB">
            <w:pPr>
              <w:pStyle w:val="Contenudetableau"/>
              <w:jc w:val="center"/>
            </w:pPr>
          </w:p>
        </w:tc>
      </w:tr>
      <w:tr xmlns:wp14="http://schemas.microsoft.com/office/word/2010/wordml" w:rsidTr="28BD5619" w14:paraId="1BF819E4" wp14:textId="77777777">
        <w:trPr/>
        <w:tc>
          <w:tcPr>
            <w:tcW w:w="4320" w:type="dxa"/>
            <w:tcBorders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14:paraId="178E12D7" wp14:textId="77777777">
            <w:pPr>
              <w:pStyle w:val="Contenudetableau"/>
              <w:spacing w:before="0" w:after="200"/>
              <w:jc w:val="center"/>
              <w:rPr/>
            </w:pPr>
            <w:r>
              <w:rPr/>
              <w:t>Hébergement lors de la compétition</w:t>
            </w:r>
          </w:p>
        </w:tc>
        <w:tc>
          <w:tcPr>
            <w:tcW w:w="4320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14:paraId="562C75D1" wp14:textId="77777777">
            <w:pPr>
              <w:pStyle w:val="Contenudetableau"/>
              <w:spacing w:before="0" w:after="200"/>
              <w:jc w:val="center"/>
              <w:rPr/>
            </w:pPr>
            <w:r>
              <w:rPr/>
            </w:r>
          </w:p>
        </w:tc>
      </w:tr>
      <w:tr xmlns:wp14="http://schemas.microsoft.com/office/word/2010/wordml" w:rsidTr="28BD5619" w14:paraId="0970FC7C" wp14:textId="77777777">
        <w:trPr/>
        <w:tc>
          <w:tcPr>
            <w:tcW w:w="4320" w:type="dxa"/>
            <w:tcBorders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14:paraId="21898ABC" wp14:textId="77777777">
            <w:pPr>
              <w:pStyle w:val="Contenudetableau"/>
              <w:spacing w:before="0" w:after="200"/>
              <w:jc w:val="center"/>
              <w:rPr/>
            </w:pPr>
            <w:r>
              <w:rPr/>
              <w:t>Alimentation lors de la compétition</w:t>
            </w:r>
          </w:p>
        </w:tc>
        <w:tc>
          <w:tcPr>
            <w:tcW w:w="4320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14:paraId="664355AD" wp14:textId="77777777">
            <w:pPr>
              <w:pStyle w:val="Contenudetableau"/>
              <w:spacing w:before="0" w:after="200"/>
              <w:jc w:val="center"/>
              <w:rPr/>
            </w:pPr>
            <w:r>
              <w:rPr/>
            </w:r>
          </w:p>
        </w:tc>
      </w:tr>
      <w:tr xmlns:wp14="http://schemas.microsoft.com/office/word/2010/wordml" w:rsidTr="28BD5619" w14:paraId="4A6612EA" wp14:textId="77777777">
        <w:trPr/>
        <w:tc>
          <w:tcPr>
            <w:tcW w:w="4320" w:type="dxa"/>
            <w:tcBorders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14:paraId="624E7357" wp14:textId="77777777">
            <w:pPr>
              <w:pStyle w:val="Contenudetableau"/>
              <w:spacing w:before="0" w:after="200"/>
              <w:jc w:val="center"/>
              <w:rPr/>
            </w:pPr>
            <w:r>
              <w:rPr/>
              <w:t>Players Fees</w:t>
            </w:r>
          </w:p>
        </w:tc>
        <w:tc>
          <w:tcPr>
            <w:tcW w:w="4320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14:paraId="1A965116" wp14:textId="77777777">
            <w:pPr>
              <w:pStyle w:val="Contenudetableau"/>
              <w:spacing w:before="0" w:after="200"/>
              <w:jc w:val="center"/>
              <w:rPr/>
            </w:pPr>
            <w:r>
              <w:rPr/>
            </w:r>
          </w:p>
        </w:tc>
      </w:tr>
      <w:tr xmlns:wp14="http://schemas.microsoft.com/office/word/2010/wordml" w:rsidTr="28BD5619" w14:paraId="2C018997" wp14:textId="77777777">
        <w:trPr/>
        <w:tc>
          <w:tcPr>
            <w:tcW w:w="4320" w:type="dxa"/>
            <w:tcBorders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14:paraId="1CDA2AE2" wp14:textId="77777777">
            <w:pPr>
              <w:pStyle w:val="Contenudetableau"/>
              <w:spacing w:before="0" w:after="200"/>
              <w:jc w:val="center"/>
              <w:rPr/>
            </w:pPr>
            <w:r>
              <w:rPr/>
              <w:t>Coût de l’équipement</w:t>
            </w:r>
          </w:p>
        </w:tc>
        <w:tc>
          <w:tcPr>
            <w:tcW w:w="4320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14:paraId="7DF4E37C" wp14:textId="77777777">
            <w:pPr>
              <w:pStyle w:val="Contenudetableau"/>
              <w:spacing w:before="0" w:after="200"/>
              <w:jc w:val="center"/>
              <w:rPr/>
            </w:pPr>
            <w:r>
              <w:rPr/>
            </w:r>
          </w:p>
        </w:tc>
      </w:tr>
      <w:tr xmlns:wp14="http://schemas.microsoft.com/office/word/2010/wordml" w:rsidTr="28BD5619" w14:paraId="46FE0C09" wp14:textId="77777777">
        <w:trPr/>
        <w:tc>
          <w:tcPr>
            <w:tcW w:w="4320" w:type="dxa"/>
            <w:tcBorders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14:paraId="51E8FDB7" wp14:textId="77777777">
            <w:pPr>
              <w:pStyle w:val="Contenudetableau"/>
              <w:spacing w:before="0" w:after="200"/>
              <w:jc w:val="center"/>
              <w:rPr/>
            </w:pPr>
            <w:r>
              <w:rPr/>
              <w:t>Total</w:t>
            </w:r>
          </w:p>
        </w:tc>
        <w:tc>
          <w:tcPr>
            <w:tcW w:w="4320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14:paraId="44FB30F8" wp14:textId="77777777">
            <w:pPr>
              <w:pStyle w:val="Contenudetableau"/>
              <w:spacing w:before="0" w:after="200"/>
              <w:jc w:val="center"/>
              <w:rPr/>
            </w:pPr>
            <w:r>
              <w:rPr/>
            </w:r>
          </w:p>
        </w:tc>
      </w:tr>
      <w:tr xmlns:wp14="http://schemas.microsoft.com/office/word/2010/wordml" w:rsidTr="28BD5619" w14:paraId="0426ADB9" wp14:textId="77777777">
        <w:trPr/>
        <w:tc>
          <w:tcPr>
            <w:tcW w:w="4320" w:type="dxa"/>
            <w:tcBorders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P="28BD5619" w14:paraId="2EF86C36" wp14:textId="30F381A8">
            <w:pPr>
              <w:pStyle w:val="Contenudetableau"/>
              <w:suppressLineNumbers w:val="0"/>
              <w:bidi w:val="0"/>
              <w:spacing w:before="0" w:beforeAutospacing="off" w:after="200" w:afterAutospacing="off" w:line="276" w:lineRule="auto"/>
              <w:ind w:left="0" w:right="0"/>
              <w:jc w:val="center"/>
            </w:pPr>
            <w:r w:rsidR="28BD5619">
              <w:rPr/>
              <w:t xml:space="preserve">Total </w:t>
            </w:r>
            <w:r w:rsidR="077D22FB">
              <w:rPr/>
              <w:t xml:space="preserve">pour un jeune sur </w:t>
            </w:r>
            <w:r w:rsidR="28BD5619">
              <w:rPr/>
              <w:t>la saison</w:t>
            </w:r>
          </w:p>
        </w:tc>
        <w:tc>
          <w:tcPr>
            <w:tcW w:w="4320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14:paraId="1DA6542E" wp14:textId="77777777">
            <w:pPr>
              <w:pStyle w:val="Contenudetableau"/>
              <w:spacing w:before="0" w:after="200"/>
              <w:jc w:val="center"/>
              <w:rPr/>
            </w:pPr>
            <w:r>
              <w:rPr/>
            </w:r>
          </w:p>
        </w:tc>
      </w:tr>
    </w:tbl>
    <w:p xmlns:wp14="http://schemas.microsoft.com/office/word/2010/wordml" w14:paraId="3041E394" wp14:textId="77777777">
      <w:pPr>
        <w:pStyle w:val="Normal"/>
        <w:rPr/>
      </w:pPr>
      <w:r>
        <w:rPr/>
      </w:r>
    </w:p>
    <w:p xmlns:wp14="http://schemas.microsoft.com/office/word/2010/wordml" w:rsidP="28BD5619" w14:paraId="58B113C3" wp14:textId="4C7D1D04">
      <w:pPr>
        <w:pStyle w:val="Normal"/>
        <w:rPr>
          <w:lang w:val="fr-FR"/>
        </w:rPr>
      </w:pPr>
      <w:r w:rsidRPr="28BD5619" w:rsidR="29FB9532">
        <w:rPr>
          <w:lang w:val="fr-FR"/>
        </w:rPr>
        <w:t xml:space="preserve">Le Team </w:t>
      </w:r>
      <w:r w:rsidRPr="28BD5619" w:rsidR="29FB9532">
        <w:rPr>
          <w:lang w:val="fr-FR"/>
        </w:rPr>
        <w:t>Fee</w:t>
      </w:r>
      <w:r w:rsidRPr="28BD5619" w:rsidR="29FB9532">
        <w:rPr>
          <w:lang w:val="fr-FR"/>
        </w:rPr>
        <w:t xml:space="preserve"> est à la charge de la FFFD</w:t>
      </w:r>
      <w:r w:rsidRPr="28BD5619" w:rsidR="33CD7C30">
        <w:rPr>
          <w:lang w:val="fr-FR"/>
        </w:rPr>
        <w:t xml:space="preserve"> </w:t>
      </w:r>
    </w:p>
    <w:p xmlns:wp14="http://schemas.microsoft.com/office/word/2010/wordml" w14:paraId="722B00AE" wp14:textId="77777777">
      <w:pPr>
        <w:pStyle w:val="Heading2"/>
        <w:rPr/>
      </w:pPr>
      <w:r>
        <w:rPr/>
      </w:r>
    </w:p>
    <w:p xmlns:wp14="http://schemas.microsoft.com/office/word/2010/wordml" w14:paraId="42C6D796" wp14:textId="77777777">
      <w:pPr>
        <w:pStyle w:val="Normal"/>
        <w:rPr/>
      </w:pPr>
      <w:r>
        <w:rPr/>
      </w:r>
    </w:p>
    <w:p xmlns:wp14="http://schemas.microsoft.com/office/word/2010/wordml" w14:paraId="6E1831B3" wp14:textId="77777777">
      <w:pPr>
        <w:pStyle w:val="Normal"/>
        <w:rPr/>
      </w:pPr>
      <w:r>
        <w:rPr/>
      </w:r>
    </w:p>
    <w:p xmlns:wp14="http://schemas.microsoft.com/office/word/2010/wordml" w14:paraId="54E11D2A" wp14:textId="77777777">
      <w:pPr>
        <w:pStyle w:val="Normal"/>
        <w:rPr/>
      </w:pPr>
      <w:r>
        <w:rPr/>
      </w:r>
    </w:p>
    <w:p xmlns:wp14="http://schemas.microsoft.com/office/word/2010/wordml" w14:paraId="31126E5D" wp14:textId="77777777">
      <w:pPr>
        <w:pStyle w:val="Normal"/>
        <w:rPr/>
      </w:pPr>
      <w:r>
        <w:rPr/>
      </w:r>
    </w:p>
    <w:p xmlns:wp14="http://schemas.microsoft.com/office/word/2010/wordml" w14:paraId="2DE403A5" wp14:textId="77777777">
      <w:pPr>
        <w:pStyle w:val="Normal"/>
        <w:rPr/>
      </w:pPr>
      <w:r>
        <w:rPr/>
      </w:r>
    </w:p>
    <w:p xmlns:wp14="http://schemas.microsoft.com/office/word/2010/wordml" w14:paraId="62431CDC" wp14:textId="77777777">
      <w:pPr>
        <w:pStyle w:val="Normal"/>
        <w:rPr/>
      </w:pPr>
    </w:p>
    <w:p xmlns:wp14="http://schemas.microsoft.com/office/word/2010/wordml" w:rsidP="29FB9532" w14:paraId="1671E5B9" wp14:textId="3780474B">
      <w:pPr>
        <w:pStyle w:val="Heading2"/>
        <w:suppressLineNumbers w:val="0"/>
        <w:bidi w:val="0"/>
        <w:spacing w:before="200" w:beforeAutospacing="off" w:after="0" w:afterAutospacing="off" w:line="276" w:lineRule="auto"/>
        <w:ind w:left="0" w:right="0"/>
        <w:jc w:val="left"/>
      </w:pPr>
    </w:p>
    <w:p xmlns:wp14="http://schemas.microsoft.com/office/word/2010/wordml" w:rsidP="28BD5619" w14:paraId="358E4DB0" wp14:textId="3428436F">
      <w:pPr>
        <w:pStyle w:val="Heading2"/>
        <w:suppressLineNumbers w:val="0"/>
        <w:bidi w:val="0"/>
        <w:spacing w:before="200" w:beforeAutospacing="off" w:after="0" w:afterAutospacing="off" w:line="276" w:lineRule="auto"/>
        <w:ind w:left="0" w:right="0"/>
        <w:jc w:val="left"/>
      </w:pPr>
      <w:r w:rsidR="3598B7B6">
        <w:rPr/>
        <w:t>4</w:t>
      </w:r>
      <w:r w:rsidR="29FB9532">
        <w:rPr/>
        <w:t>. COMMENTAIRES LIBRES</w:t>
      </w:r>
    </w:p>
    <w:p xmlns:wp14="http://schemas.microsoft.com/office/word/2010/wordml" w14:paraId="1D7B270A" wp14:textId="77777777">
      <w:pPr>
        <w:pStyle w:val="Normal"/>
        <w:rPr/>
      </w:pPr>
      <w:r>
        <w:rPr/>
        <w:br/>
      </w:r>
    </w:p>
    <w:p xmlns:wp14="http://schemas.microsoft.com/office/word/2010/wordml" w14:paraId="4F904CB7" wp14:textId="77777777">
      <w:pPr>
        <w:pStyle w:val="Normal"/>
        <w:rPr/>
      </w:pPr>
      <w:r>
        <w:rPr/>
      </w:r>
    </w:p>
    <w:p xmlns:wp14="http://schemas.microsoft.com/office/word/2010/wordml" w14:paraId="06971CD3" wp14:textId="77777777">
      <w:pPr>
        <w:pStyle w:val="Normal"/>
        <w:rPr/>
      </w:pPr>
      <w:r>
        <w:rPr/>
      </w:r>
    </w:p>
    <w:p xmlns:wp14="http://schemas.microsoft.com/office/word/2010/wordml" w14:paraId="2A1F701D" wp14:textId="77777777">
      <w:pPr>
        <w:pStyle w:val="Normal"/>
        <w:rPr/>
      </w:pPr>
      <w:r>
        <w:rPr/>
      </w:r>
    </w:p>
    <w:p xmlns:wp14="http://schemas.microsoft.com/office/word/2010/wordml" w14:paraId="03EFCA41" wp14:textId="77777777">
      <w:pPr>
        <w:pStyle w:val="Normal"/>
        <w:rPr/>
      </w:pPr>
      <w:r>
        <w:rPr/>
      </w:r>
    </w:p>
    <w:p xmlns:wp14="http://schemas.microsoft.com/office/word/2010/wordml" w14:paraId="5F96A722" wp14:textId="77777777">
      <w:pPr>
        <w:pStyle w:val="Normal"/>
        <w:rPr/>
      </w:pPr>
      <w:r>
        <w:rPr/>
      </w:r>
    </w:p>
    <w:p xmlns:wp14="http://schemas.microsoft.com/office/word/2010/wordml" w14:paraId="5B95CD12" wp14:textId="77777777">
      <w:pPr>
        <w:pStyle w:val="Normal"/>
        <w:rPr/>
      </w:pPr>
      <w:r>
        <w:rPr/>
      </w:r>
    </w:p>
    <w:p xmlns:wp14="http://schemas.microsoft.com/office/word/2010/wordml" w14:paraId="5220BBB2" wp14:textId="77777777">
      <w:pPr>
        <w:pStyle w:val="Normal"/>
        <w:rPr/>
      </w:pPr>
      <w:r>
        <w:rPr/>
      </w:r>
    </w:p>
    <w:p xmlns:wp14="http://schemas.microsoft.com/office/word/2010/wordml" w14:paraId="13CB595B" wp14:textId="77777777">
      <w:pPr>
        <w:pStyle w:val="Normal"/>
        <w:rPr/>
      </w:pPr>
      <w:r>
        <w:rPr/>
      </w:r>
    </w:p>
    <w:p xmlns:wp14="http://schemas.microsoft.com/office/word/2010/wordml" w14:paraId="6D9C8D39" wp14:textId="77777777">
      <w:pPr>
        <w:pStyle w:val="Normal"/>
        <w:rPr/>
      </w:pPr>
      <w:r>
        <w:rPr/>
      </w:r>
    </w:p>
    <w:p xmlns:wp14="http://schemas.microsoft.com/office/word/2010/wordml" w14:paraId="675E05EE" wp14:textId="77777777">
      <w:pPr>
        <w:pStyle w:val="Normal"/>
        <w:rPr/>
      </w:pPr>
      <w:r>
        <w:rPr/>
      </w:r>
    </w:p>
    <w:p xmlns:wp14="http://schemas.microsoft.com/office/word/2010/wordml" w14:paraId="2FC17F8B" wp14:textId="77777777">
      <w:pPr>
        <w:pStyle w:val="Normal"/>
        <w:rPr/>
      </w:pPr>
    </w:p>
    <w:p xmlns:wp14="http://schemas.microsoft.com/office/word/2010/wordml" w:rsidP="28BD5619" w14:paraId="0EF86E30" wp14:textId="3E196C0E">
      <w:pPr>
        <w:pStyle w:val="Heading2"/>
        <w:suppressLineNumbers w:val="0"/>
        <w:bidi w:val="0"/>
        <w:spacing w:before="200" w:beforeAutospacing="off" w:after="0" w:afterAutospacing="off" w:line="276" w:lineRule="auto"/>
        <w:ind w:left="0" w:right="0"/>
        <w:jc w:val="left"/>
      </w:pPr>
      <w:r w:rsidR="3FEC5CE4">
        <w:rPr/>
        <w:t>5</w:t>
      </w:r>
      <w:r w:rsidR="2E424BA7">
        <w:rPr/>
        <w:t>. CURRICULUMS (1</w:t>
      </w:r>
      <w:r w:rsidR="05862834">
        <w:rPr/>
        <w:t>8</w:t>
      </w:r>
      <w:r w:rsidR="2E424BA7">
        <w:rPr/>
        <w:t xml:space="preserve"> points</w:t>
      </w:r>
      <w:r w:rsidR="3421F327">
        <w:rPr/>
        <w:t xml:space="preserve"> 3x9 points</w:t>
      </w:r>
      <w:r w:rsidR="2E424BA7">
        <w:rPr/>
        <w:t>)</w:t>
      </w:r>
    </w:p>
    <w:p xmlns:wp14="http://schemas.microsoft.com/office/word/2010/wordml" w14:paraId="0A4F7224" wp14:textId="71E49A48">
      <w:pPr>
        <w:pStyle w:val="Normal"/>
      </w:pPr>
      <w:r w:rsidRPr="29FB9532" w:rsidR="2E424BA7">
        <w:rPr>
          <w:lang w:val="fr-FR"/>
        </w:rPr>
        <w:t>Les  trois</w:t>
      </w:r>
      <w:r w:rsidRPr="29FB9532" w:rsidR="2E424BA7">
        <w:rPr>
          <w:lang w:val="fr-FR"/>
        </w:rPr>
        <w:t xml:space="preserve"> curriculums sont à ajouter à la suite du document.</w:t>
      </w:r>
    </w:p>
    <w:p w:rsidR="29FB9532" w:rsidP="29FB9532" w:rsidRDefault="29FB9532" w14:paraId="5A646B37" w14:textId="37A458D4">
      <w:pPr>
        <w:pStyle w:val="Normal"/>
      </w:pPr>
    </w:p>
    <w:p w:rsidR="29FB9532" w:rsidP="29FB9532" w:rsidRDefault="29FB9532" w14:paraId="3301FD26" w14:textId="43FDFA1E">
      <w:pPr>
        <w:pStyle w:val="Normal"/>
      </w:pPr>
    </w:p>
    <w:p w:rsidR="29FB9532" w:rsidP="29FB9532" w:rsidRDefault="29FB9532" w14:paraId="0513F9BF" w14:textId="673AF93B">
      <w:pPr>
        <w:pStyle w:val="Normal"/>
      </w:pPr>
    </w:p>
    <w:p w:rsidR="29FB9532" w:rsidP="29FB9532" w:rsidRDefault="29FB9532" w14:paraId="0F47C239" w14:textId="366E62E1">
      <w:pPr>
        <w:pStyle w:val="Normal"/>
      </w:pPr>
    </w:p>
    <w:p w:rsidR="29FB9532" w:rsidP="29FB9532" w:rsidRDefault="29FB9532" w14:paraId="4EFE95E1" w14:textId="29D2F6C1">
      <w:pPr>
        <w:pStyle w:val="Normal"/>
      </w:pPr>
    </w:p>
    <w:p w:rsidR="29FB9532" w:rsidP="29FB9532" w:rsidRDefault="29FB9532" w14:paraId="0526DDED" w14:textId="11F1DBCC">
      <w:pPr>
        <w:pStyle w:val="Normal"/>
      </w:pPr>
    </w:p>
    <w:p w:rsidR="29FB9532" w:rsidP="29FB9532" w:rsidRDefault="29FB9532" w14:paraId="5D7B8EEE" w14:textId="6FB0F2AD">
      <w:pPr>
        <w:pStyle w:val="Normal"/>
      </w:pPr>
    </w:p>
    <w:p w:rsidR="29FB9532" w:rsidP="29FB9532" w:rsidRDefault="29FB9532" w14:paraId="54CF8BF8" w14:textId="32452A39">
      <w:pPr>
        <w:pStyle w:val="Normal"/>
      </w:pPr>
    </w:p>
    <w:p w:rsidR="29FB9532" w:rsidP="29FB9532" w:rsidRDefault="29FB9532" w14:paraId="66F142EC" w14:textId="6ADCF205">
      <w:pPr>
        <w:pStyle w:val="Normal"/>
      </w:pPr>
    </w:p>
    <w:p w:rsidR="29FB9532" w:rsidP="29FB9532" w:rsidRDefault="29FB9532" w14:paraId="72A491BF" w14:textId="69349B4D">
      <w:pPr>
        <w:pStyle w:val="Normal"/>
      </w:pPr>
    </w:p>
    <w:p w:rsidR="29FB9532" w:rsidP="29FB9532" w:rsidRDefault="29FB9532" w14:paraId="6A211413" w14:textId="4953D585">
      <w:pPr>
        <w:pStyle w:val="Normal"/>
      </w:pPr>
    </w:p>
    <w:p w:rsidR="29FB9532" w:rsidP="29FB9532" w:rsidRDefault="29FB9532" w14:paraId="7A5027E9" w14:textId="764C7FF3">
      <w:pPr>
        <w:pStyle w:val="Normal"/>
      </w:pPr>
    </w:p>
    <w:p w:rsidR="29FB9532" w:rsidP="29FB9532" w:rsidRDefault="29FB9532" w14:paraId="67F9F250" w14:textId="4FD6211F">
      <w:pPr>
        <w:pStyle w:val="Normal"/>
      </w:pPr>
    </w:p>
    <w:p w:rsidR="29FB9532" w:rsidP="29FB9532" w:rsidRDefault="29FB9532" w14:paraId="5EAF61FB" w14:textId="532D709D">
      <w:pPr>
        <w:pStyle w:val="Normal"/>
      </w:pPr>
    </w:p>
    <w:p w:rsidR="29FB9532" w:rsidP="29FB9532" w:rsidRDefault="29FB9532" w14:paraId="15873A6F" w14:textId="7A6BF26F">
      <w:pPr>
        <w:pStyle w:val="Normal"/>
      </w:pPr>
    </w:p>
    <w:p w:rsidR="29FB9532" w:rsidP="29FB9532" w:rsidRDefault="29FB9532" w14:paraId="5E89873F" w14:textId="7BB209CE">
      <w:pPr>
        <w:pStyle w:val="Normal"/>
      </w:pPr>
    </w:p>
    <w:p w:rsidR="29FB9532" w:rsidP="29FB9532" w:rsidRDefault="29FB9532" w14:paraId="54112B67" w14:textId="4F68649F">
      <w:pPr>
        <w:pStyle w:val="Normal"/>
      </w:pPr>
    </w:p>
    <w:p w:rsidR="29FB9532" w:rsidP="29FB9532" w:rsidRDefault="29FB9532" w14:paraId="7940E3BE" w14:textId="43518F1C">
      <w:pPr>
        <w:pStyle w:val="Normal"/>
      </w:pPr>
    </w:p>
    <w:p w:rsidR="29FB9532" w:rsidP="29FB9532" w:rsidRDefault="29FB9532" w14:paraId="7211B5B0" w14:textId="22B14240">
      <w:pPr>
        <w:pStyle w:val="Normal"/>
      </w:pPr>
    </w:p>
    <w:p w:rsidR="29FB9532" w:rsidP="29FB9532" w:rsidRDefault="29FB9532" w14:paraId="27538A32" w14:textId="3CE9EA28">
      <w:pPr>
        <w:pStyle w:val="Normal"/>
      </w:pPr>
    </w:p>
    <w:p w:rsidR="29FB9532" w:rsidP="29FB9532" w:rsidRDefault="29FB9532" w14:paraId="61D8CB20" w14:textId="1435CD8E">
      <w:pPr>
        <w:pStyle w:val="Normal"/>
      </w:pPr>
    </w:p>
    <w:p w:rsidR="29FB9532" w:rsidP="29FB9532" w:rsidRDefault="29FB9532" w14:paraId="4CA5ADB5" w14:textId="13633AFB">
      <w:pPr>
        <w:pStyle w:val="Normal"/>
      </w:pPr>
    </w:p>
    <w:p w:rsidR="29FB9532" w:rsidP="29FB9532" w:rsidRDefault="29FB9532" w14:paraId="0350D403" w14:textId="5C627076">
      <w:pPr>
        <w:pStyle w:val="Normal"/>
      </w:pPr>
    </w:p>
    <w:p w:rsidR="29FB9532" w:rsidP="29FB9532" w:rsidRDefault="29FB9532" w14:paraId="121997B3" w14:textId="6684C90A">
      <w:pPr>
        <w:pStyle w:val="Normal"/>
      </w:pPr>
    </w:p>
    <w:p w:rsidR="29FB9532" w:rsidP="29FB9532" w:rsidRDefault="29FB9532" w14:paraId="0348B5A5" w14:textId="28620FB2">
      <w:pPr>
        <w:pStyle w:val="Normal"/>
      </w:pPr>
    </w:p>
    <w:p w:rsidR="29FB9532" w:rsidP="29FB9532" w:rsidRDefault="29FB9532" w14:paraId="7CB7C0D7" w14:textId="0B593C25">
      <w:pPr>
        <w:pStyle w:val="Normal"/>
      </w:pPr>
    </w:p>
    <w:p w:rsidR="29FB9532" w:rsidP="29FB9532" w:rsidRDefault="29FB9532" w14:paraId="0798977E" w14:textId="521DC47A">
      <w:pPr>
        <w:pStyle w:val="Normal"/>
      </w:pPr>
    </w:p>
    <w:p w:rsidR="29FB9532" w:rsidP="29FB9532" w:rsidRDefault="29FB9532" w14:paraId="08CB6F6F" w14:textId="40A16BD3">
      <w:pPr>
        <w:pStyle w:val="Normal"/>
      </w:pPr>
    </w:p>
    <w:p xmlns:wp14="http://schemas.microsoft.com/office/word/2010/wordml" w14:paraId="46EEA7A6" wp14:textId="77777777">
      <w:pPr>
        <w:pStyle w:val="Normal"/>
        <w:rPr/>
      </w:pPr>
      <w:r>
        <w:rPr/>
        <w:t xml:space="preserve">Signature du candidat </w:t>
      </w:r>
      <w:r>
        <w:rPr/>
        <w:t xml:space="preserve">1 </w:t>
      </w:r>
      <w:r>
        <w:rPr/>
        <w:t>: ____________________________      Date : ____________________</w:t>
      </w:r>
    </w:p>
    <w:p xmlns:wp14="http://schemas.microsoft.com/office/word/2010/wordml" w14:paraId="503A24D3" wp14:textId="77777777">
      <w:pPr>
        <w:pStyle w:val="Normal"/>
        <w:rPr/>
      </w:pPr>
      <w:r>
        <w:rPr/>
        <w:t xml:space="preserve">Signature du candidat </w:t>
      </w:r>
      <w:r>
        <w:rPr/>
        <w:t>2</w:t>
      </w:r>
      <w:r>
        <w:rPr/>
        <w:t xml:space="preserve"> : ____________________________      Date : ____________________</w:t>
      </w:r>
    </w:p>
    <w:p xmlns:wp14="http://schemas.microsoft.com/office/word/2010/wordml" w14:paraId="7176C37B" wp14:textId="77777777">
      <w:pPr>
        <w:pStyle w:val="Normal"/>
        <w:spacing w:before="0" w:after="200"/>
      </w:pPr>
      <w:r w:rsidR="495F8C81">
        <w:rPr/>
        <w:t xml:space="preserve">Signature du </w:t>
      </w:r>
      <w:r w:rsidR="495F8C81">
        <w:rPr/>
        <w:t>candidat</w:t>
      </w:r>
      <w:r w:rsidR="495F8C81">
        <w:rPr/>
        <w:t xml:space="preserve"> </w:t>
      </w:r>
      <w:r w:rsidR="495F8C81">
        <w:rPr/>
        <w:t xml:space="preserve">3 </w:t>
      </w:r>
      <w:r w:rsidR="495F8C81">
        <w:rPr/>
        <w:t>:</w:t>
      </w:r>
      <w:r w:rsidR="495F8C81">
        <w:rPr/>
        <w:t xml:space="preserve"> ____________________________      </w:t>
      </w:r>
      <w:r w:rsidR="495F8C81">
        <w:rPr/>
        <w:t>Date :</w:t>
      </w:r>
      <w:r w:rsidR="495F8C81">
        <w:rPr/>
        <w:t xml:space="preserve"> ____________________</w:t>
      </w:r>
    </w:p>
    <w:p w:rsidR="1DE1177B" w:rsidP="495F8C81" w:rsidRDefault="1DE1177B" w14:paraId="1BC617C9" w14:textId="2FD4E80E">
      <w:pPr>
        <w:pStyle w:val="Normal"/>
        <w:spacing w:before="0" w:after="200"/>
      </w:pP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2240" w:h="15840" w:orient="portrait"/>
      <w:pgMar w:top="1440" w:right="1800" w:bottom="1440" w:left="1800" w:header="720" w:footer="720" w:gutter="0"/>
      <w:pgNumType w:fmt="decimal"/>
      <w:formProt w:val="false"/>
      <w:textDirection w:val="lrTb"/>
      <w:docGrid w:type="default" w:linePitch="360" w:charSpace="4096"/>
      <w:cols w:num="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 xmlns:wp14="http://schemas.microsoft.com/office/word/2010/wordml" w14:paraId="77A52294" wp14:textId="77777777"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 xmlns:wp14="http://schemas.microsoft.com/office/word/2010/wordml" w14:paraId="16CBA3C9" wp14:textId="77777777">
    <w:pPr>
      <w:pStyle w:val="Footer"/>
      <w:jc w:val="center"/>
      <w:rPr/>
    </w:pPr>
    <w:r>
      <w:rPr/>
      <w:t>FÉDÉRATION FRANÇAISE DE FLYING DISC – Dossier officiel de candidature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 xmlns:wp14="http://schemas.microsoft.com/office/word/2010/wordml" w14:paraId="670A6BCA" wp14:textId="77777777">
    <w:pPr>
      <w:pStyle w:val="Footer"/>
      <w:jc w:val="center"/>
      <w:rPr/>
    </w:pPr>
    <w:r>
      <w:rPr/>
      <w:t>FÉDÉRATION FRANÇAISE DE FLYING DISC – Dossier officiel de candidature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 xmlns:wp14="http://schemas.microsoft.com/office/word/2010/wordml" w14:paraId="50F40DEB" wp14:textId="77777777"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a="http://schemas.openxmlformats.org/drawingml/2006/main" xmlns:pic="http://schemas.openxmlformats.org/drawingml/2006/picture" mc:Ignorable="w14 wp14 w15">
  <w:p xmlns:wp14="http://schemas.microsoft.com/office/word/2010/wordml" w14:paraId="5AE48A43" wp14:textId="77777777">
    <w:pPr>
      <w:pStyle w:val="Header"/>
      <w:jc w:val="center"/>
      <w:rPr/>
    </w:pPr>
    <w:r>
      <w:rPr/>
      <w:drawing>
        <wp:inline xmlns:wp14="http://schemas.microsoft.com/office/word/2010/wordprocessingDrawing" distT="0" distB="0" distL="0" distR="0" wp14:anchorId="5D76DEE7" wp14:editId="7777777">
          <wp:extent cx="1828800" cy="872490"/>
          <wp:effectExtent l="0" t="0" r="0" b="0"/>
          <wp:docPr id="1" name="Pictur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872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a="http://schemas.openxmlformats.org/drawingml/2006/main" xmlns:pic="http://schemas.openxmlformats.org/drawingml/2006/picture" mc:Ignorable="w14 wp14 w15">
  <w:p xmlns:wp14="http://schemas.microsoft.com/office/word/2010/wordml" w14:paraId="007DCDA8" wp14:textId="77777777">
    <w:pPr>
      <w:pStyle w:val="Header"/>
      <w:jc w:val="center"/>
      <w:rPr/>
    </w:pPr>
    <w:r>
      <w:rPr/>
      <w:drawing>
        <wp:inline xmlns:wp14="http://schemas.microsoft.com/office/word/2010/wordprocessingDrawing" distT="0" distB="0" distL="0" distR="0" wp14:anchorId="35887AE6" wp14:editId="7777777">
          <wp:extent cx="1828800" cy="872490"/>
          <wp:effectExtent l="0" t="0" r="0" b="0"/>
          <wp:docPr id="2" name="Pictur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872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  <w:nsid w:val="40044dd6"/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  <w:nsid w:val="2f907d9b"/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  <w:nsid w:val="eb52dee"/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  <w:nsid w:val="7edfc8cb"/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  <w:nsid w:val="73b001b1"/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  <w:nsid w:val="71f79372"/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nsid w:val="51b2bbe7"/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130"/>
  <w:trackRevisions w:val="false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939D7EB"/>
    <w:rsid w:val="02A9749B"/>
    <w:rsid w:val="02E6B808"/>
    <w:rsid w:val="047AEDA8"/>
    <w:rsid w:val="05862834"/>
    <w:rsid w:val="077D22FB"/>
    <w:rsid w:val="0989543E"/>
    <w:rsid w:val="0A0C86CC"/>
    <w:rsid w:val="0E0B5975"/>
    <w:rsid w:val="0E8C1675"/>
    <w:rsid w:val="0E8C1675"/>
    <w:rsid w:val="12F4F546"/>
    <w:rsid w:val="13C84BA3"/>
    <w:rsid w:val="15131C7C"/>
    <w:rsid w:val="16BD33A6"/>
    <w:rsid w:val="18914188"/>
    <w:rsid w:val="18914188"/>
    <w:rsid w:val="1939D7EB"/>
    <w:rsid w:val="1AFD66C6"/>
    <w:rsid w:val="1CA40110"/>
    <w:rsid w:val="1DE1177B"/>
    <w:rsid w:val="1F7A4C0E"/>
    <w:rsid w:val="231589BA"/>
    <w:rsid w:val="263F0401"/>
    <w:rsid w:val="27EBBDCD"/>
    <w:rsid w:val="28BD5619"/>
    <w:rsid w:val="29FB9532"/>
    <w:rsid w:val="2BDD9D71"/>
    <w:rsid w:val="2E424BA7"/>
    <w:rsid w:val="2FDDA33D"/>
    <w:rsid w:val="33CD7C30"/>
    <w:rsid w:val="3421F327"/>
    <w:rsid w:val="3598B7B6"/>
    <w:rsid w:val="38323AB0"/>
    <w:rsid w:val="3A3F71A5"/>
    <w:rsid w:val="3C35B4DF"/>
    <w:rsid w:val="3C35B4DF"/>
    <w:rsid w:val="3CF25C2F"/>
    <w:rsid w:val="3DB7D61B"/>
    <w:rsid w:val="3FEC5CE4"/>
    <w:rsid w:val="41920B75"/>
    <w:rsid w:val="44CC89A4"/>
    <w:rsid w:val="45AAA99D"/>
    <w:rsid w:val="47274F6F"/>
    <w:rsid w:val="495F8C81"/>
    <w:rsid w:val="4B91CA30"/>
    <w:rsid w:val="4CF2C1E9"/>
    <w:rsid w:val="4F2C4AAD"/>
    <w:rsid w:val="4F4CD417"/>
    <w:rsid w:val="52975E8B"/>
    <w:rsid w:val="55686324"/>
    <w:rsid w:val="5F167013"/>
    <w:rsid w:val="5F167013"/>
    <w:rsid w:val="6049AE48"/>
    <w:rsid w:val="61BE1E39"/>
    <w:rsid w:val="61F02C0B"/>
    <w:rsid w:val="642A9CCD"/>
    <w:rsid w:val="677E9F45"/>
    <w:rsid w:val="6AD423CB"/>
    <w:rsid w:val="6AD423CB"/>
    <w:rsid w:val="6F8ACD3A"/>
    <w:rsid w:val="70136429"/>
    <w:rsid w:val="71F3C25E"/>
    <w:rsid w:val="7781DBFA"/>
    <w:rsid w:val="7946E0FB"/>
    <w:rsid w:val="7946E0FB"/>
    <w:rsid w:val="7F5CF5ED"/>
    <w:rsid w:val="7F9720C7"/>
  </w:rsids>
  <w:themeFontLang w:val="en-US" w:eastAsia="ja-JP" w:bidi=""/>
  <w14:docId w14:val="6B4924E2"/>
  <w15:docId w15:val="{2B6A7202-056B-45AC-8E6E-5FFCB6ECCA7A}"/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Cambria" w:hAnsi="Cambria" w:eastAsia="ＭＳ 明朝" w:cs=""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fc693f"/>
    <w:pPr>
      <w:widowControl/>
      <w:bidi w:val="0"/>
      <w:spacing w:before="0" w:after="200" w:line="276" w:lineRule="auto"/>
      <w:jc w:val="left"/>
    </w:pPr>
    <w:rPr>
      <w:rFonts w:ascii="Cambria" w:hAnsi="Cambria" w:eastAsia="ＭＳ 明朝" w:cs="" w:asciiTheme="minorHAnsi" w:hAnsiTheme="minorHAnsi" w:eastAsiaTheme="minorEastAsia" w:cstheme="minorBid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Titre1C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itre2C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Titre3C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-tteCar" w:customStyle="1">
    <w:name w:val="En-tête Car"/>
    <w:basedOn w:val="DefaultParagraphFont"/>
    <w:uiPriority w:val="99"/>
    <w:qFormat/>
    <w:rsid w:val="00e618bf"/>
    <w:rPr/>
  </w:style>
  <w:style w:type="character" w:styleId="PieddepageCar" w:customStyle="1">
    <w:name w:val="Pied de page Car"/>
    <w:basedOn w:val="DefaultParagraphFont"/>
    <w:uiPriority w:val="99"/>
    <w:qFormat/>
    <w:rsid w:val="00e618bf"/>
    <w:rPr/>
  </w:style>
  <w:style w:type="character" w:styleId="Titre1Car" w:customStyle="1">
    <w:name w:val="Titre 1 Car"/>
    <w:basedOn w:val="DefaultParagraphFont"/>
    <w:uiPriority w:val="9"/>
    <w:qFormat/>
    <w:rsid w:val="00fc693f"/>
    <w:rPr>
      <w:rFonts w:ascii="Calibri" w:hAnsi="Calibri" w:eastAsia="ＭＳ ゴシック" w:cs=""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Titre2Car" w:customStyle="1">
    <w:name w:val="Titre 2 Car"/>
    <w:basedOn w:val="DefaultParagraphFont"/>
    <w:uiPriority w:val="9"/>
    <w:qFormat/>
    <w:rsid w:val="00fc693f"/>
    <w:rPr>
      <w:rFonts w:ascii="Calibri" w:hAnsi="Calibri" w:eastAsia="ＭＳ ゴシック" w:cs=""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Titre3Car" w:customStyle="1">
    <w:name w:val="Titre 3 Car"/>
    <w:basedOn w:val="DefaultParagraphFont"/>
    <w:uiPriority w:val="9"/>
    <w:qFormat/>
    <w:rsid w:val="00fc693f"/>
    <w:rPr>
      <w:rFonts w:ascii="Calibri" w:hAnsi="Calibri" w:eastAsia="ＭＳ ゴシック" w:cs="" w:asciiTheme="majorHAnsi" w:hAnsiTheme="majorHAnsi" w:eastAsiaTheme="majorEastAsia" w:cstheme="majorBidi"/>
      <w:b/>
      <w:bCs/>
      <w:color w:val="4F81BD" w:themeColor="accent1"/>
    </w:rPr>
  </w:style>
  <w:style w:type="character" w:styleId="TitreCar" w:customStyle="1">
    <w:name w:val="Titre Car"/>
    <w:basedOn w:val="DefaultParagraphFont"/>
    <w:uiPriority w:val="10"/>
    <w:qFormat/>
    <w:rsid w:val="00fc693f"/>
    <w:rPr>
      <w:rFonts w:ascii="Calibri" w:hAnsi="Calibri" w:eastAsia="ＭＳ ゴシック" w:cs="" w:asciiTheme="majorHAnsi" w:hAnsiTheme="majorHAnsi" w:eastAsiaTheme="majorEastAsia" w:cstheme="majorBidi"/>
      <w:color w:val="17365D" w:themeColor="text2" w:themeShade="bf"/>
      <w:spacing w:val="5"/>
      <w:kern w:val="2"/>
      <w:sz w:val="52"/>
      <w:szCs w:val="52"/>
    </w:rPr>
  </w:style>
  <w:style w:type="character" w:styleId="Sous-titreCar" w:customStyle="1">
    <w:name w:val="Sous-titre Car"/>
    <w:basedOn w:val="DefaultParagraphFont"/>
    <w:uiPriority w:val="11"/>
    <w:qFormat/>
    <w:rsid w:val="00fc693f"/>
    <w:rPr>
      <w:rFonts w:ascii="Calibri" w:hAnsi="Calibri" w:eastAsia="ＭＳ ゴシック" w:cs=""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CorpsdetexteCar" w:customStyle="1">
    <w:name w:val="Corps de texte Car"/>
    <w:basedOn w:val="DefaultParagraphFont"/>
    <w:uiPriority w:val="99"/>
    <w:qFormat/>
    <w:rsid w:val="00aa1d8d"/>
    <w:rPr/>
  </w:style>
  <w:style w:type="character" w:styleId="Corpsdetexte2Car" w:customStyle="1">
    <w:name w:val="Corps de texte 2 Car"/>
    <w:basedOn w:val="DefaultParagraphFont"/>
    <w:link w:val="BodyText2"/>
    <w:uiPriority w:val="99"/>
    <w:qFormat/>
    <w:rsid w:val="00aa1d8d"/>
    <w:rPr/>
  </w:style>
  <w:style w:type="character" w:styleId="Corpsdetexte3Car" w:customStyle="1">
    <w:name w:val="Corps de texte 3 C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TextedemacroCar" w:customStyle="1">
    <w:name w:val="Texte de macro Car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CitationCar" w:customStyle="1">
    <w:name w:val="Citation Car"/>
    <w:basedOn w:val="DefaultParagraphFont"/>
    <w:link w:val="Quote"/>
    <w:uiPriority w:val="29"/>
    <w:qFormat/>
    <w:rsid w:val="00fc693f"/>
    <w:rPr>
      <w:i/>
      <w:iCs/>
      <w:color w:val="000000" w:themeColor="text1"/>
    </w:rPr>
  </w:style>
  <w:style w:type="character" w:styleId="Titre4Car" w:customStyle="1">
    <w:name w:val="Titre 4 C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Titre5Car" w:customStyle="1">
    <w:name w:val="Titre 5 C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hAnsiTheme="majorHAnsi" w:eastAsiaTheme="majorEastAsia" w:cstheme="majorBidi"/>
      <w:color w:val="243F60" w:themeColor="accent1" w:themeShade="7f"/>
    </w:rPr>
  </w:style>
  <w:style w:type="character" w:styleId="Titre6Car" w:customStyle="1">
    <w:name w:val="Titre 6 C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hAnsiTheme="majorHAnsi" w:eastAsiaTheme="majorEastAsia" w:cstheme="majorBidi"/>
      <w:i/>
      <w:iCs/>
      <w:color w:val="243F60" w:themeColor="accent1" w:themeShade="7f"/>
    </w:rPr>
  </w:style>
  <w:style w:type="character" w:styleId="Titre7Car" w:customStyle="1">
    <w:name w:val="Titre 7 C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hAnsiTheme="majorHAnsi" w:eastAsiaTheme="majorEastAsia" w:cstheme="majorBidi"/>
      <w:i/>
      <w:iCs/>
      <w:color w:val="404040" w:themeColor="text1" w:themeTint="bf"/>
    </w:rPr>
  </w:style>
  <w:style w:type="character" w:styleId="Titre8Car" w:customStyle="1">
    <w:name w:val="Titre 8 C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Titre9Car" w:customStyle="1">
    <w:name w:val="Titre 9 C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CitationintenseCar" w:customStyle="1">
    <w:name w:val="Citation intense Car"/>
    <w:basedOn w:val="DefaultParagraphFont"/>
    <w:link w:val="IntenseQuote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sdetexteC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left="360" w:hanging="360"/>
      <w:contextualSpacing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En-tteetpieddepage">
    <w:name w:val="En-tête et pied de page"/>
    <w:basedOn w:val="Normal"/>
    <w:qFormat/>
    <w:pPr/>
    <w:rPr/>
  </w:style>
  <w:style w:type="paragraph" w:styleId="Header">
    <w:name w:val="header"/>
    <w:basedOn w:val="Normal"/>
    <w:link w:val="En-tteCar"/>
    <w:uiPriority w:val="99"/>
    <w:unhideWhenUsed/>
    <w:rsid w:val="00e618bf"/>
    <w:pPr>
      <w:tabs>
        <w:tab w:val="clear" w:pos="720"/>
        <w:tab w:val="center" w:leader="none" w:pos="4680"/>
        <w:tab w:val="right" w:leader="none" w:pos="9360"/>
      </w:tabs>
      <w:spacing w:before="0" w:after="0" w:line="240" w:lineRule="auto"/>
    </w:pPr>
    <w:rPr/>
  </w:style>
  <w:style w:type="paragraph" w:styleId="Footer">
    <w:name w:val="footer"/>
    <w:basedOn w:val="Normal"/>
    <w:link w:val="PieddepageCar"/>
    <w:uiPriority w:val="99"/>
    <w:unhideWhenUsed/>
    <w:rsid w:val="00e618bf"/>
    <w:pPr>
      <w:tabs>
        <w:tab w:val="clear" w:pos="720"/>
        <w:tab w:val="center" w:leader="none" w:pos="4680"/>
        <w:tab w:val="right" w:leader="none" w:pos="9360"/>
      </w:tabs>
      <w:spacing w:before="0" w:after="0" w:line="240" w:lineRule="auto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before="0" w:after="0" w:line="240" w:lineRule="auto"/>
      <w:jc w:val="left"/>
    </w:pPr>
    <w:rPr>
      <w:rFonts w:ascii="Cambria" w:hAnsi="Cambria" w:eastAsia="ＭＳ 明朝" w:cs="" w:asciiTheme="minorHAnsi" w:hAnsiTheme="minorHAnsi" w:eastAsiaTheme="minorEastAsia" w:cstheme="minorBid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reCar"/>
    <w:uiPriority w:val="10"/>
    <w:qFormat/>
    <w:rsid w:val="00fc693f"/>
    <w:pPr>
      <w:pBdr>
        <w:bottom w:val="single" w:color="4F81BD" w:themeColor="accent1" w:sz="8" w:space="4"/>
      </w:pBdr>
      <w:spacing w:before="0" w:after="300" w:line="240" w:lineRule="auto"/>
      <w:contextualSpacing/>
    </w:pPr>
    <w:rPr>
      <w:rFonts w:ascii="Calibri" w:hAnsi="Calibri" w:eastAsia="ＭＳ ゴシック" w:cs="" w:asciiTheme="majorHAnsi" w:hAnsiTheme="majorHAnsi" w:eastAsiaTheme="majorEastAsia" w:cstheme="majorBidi"/>
      <w:color w:val="17365D" w:themeColor="text2" w:themeShade="bf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ous-titreCar"/>
    <w:uiPriority w:val="11"/>
    <w:qFormat/>
    <w:rsid w:val="00fc693f"/>
    <w:pPr/>
    <w:rPr>
      <w:rFonts w:ascii="Calibri" w:hAnsi="Calibri" w:eastAsia="ＭＳ ゴシック" w:cs=""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/>
      <w:contextualSpacing/>
    </w:pPr>
    <w:rPr/>
  </w:style>
  <w:style w:type="paragraph" w:styleId="BodyText2">
    <w:name w:val="Body Text 2"/>
    <w:basedOn w:val="Normal"/>
    <w:link w:val="Corpsdetexte2Car"/>
    <w:uiPriority w:val="99"/>
    <w:unhideWhenUsed/>
    <w:qFormat/>
    <w:rsid w:val="00aa1d8d"/>
    <w:pPr>
      <w:spacing w:before="0" w:after="120" w:line="480" w:lineRule="auto"/>
    </w:pPr>
    <w:rPr/>
  </w:style>
  <w:style w:type="paragraph" w:styleId="BodyText3">
    <w:name w:val="Body Text 3"/>
    <w:basedOn w:val="Normal"/>
    <w:link w:val="Corpsdetexte3C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left="720" w:hanging="36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left="1080" w:hanging="36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">
    <w:name w:val="macro"/>
    <w:link w:val="TextedemacroCar"/>
    <w:uiPriority w:val="99"/>
    <w:unhideWhenUsed/>
    <w:qFormat/>
    <w:rsid w:val="0029639d"/>
    <w:pPr>
      <w:widowControl/>
      <w:tabs>
        <w:tab w:val="clear" w:pos="720"/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  <w:bidi w:val="0"/>
      <w:spacing w:before="0" w:after="200" w:line="276" w:lineRule="auto"/>
      <w:jc w:val="left"/>
    </w:pPr>
    <w:rPr>
      <w:rFonts w:ascii="Courier" w:hAnsi="Courier" w:eastAsia="ＭＳ 明朝" w:cs="" w:eastAsiaTheme="minorEastAsia" w:cstheme="minorBidi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CitationCar"/>
    <w:uiPriority w:val="29"/>
    <w:qFormat/>
    <w:rsid w:val="00fc693f"/>
    <w:pPr/>
    <w:rPr>
      <w:i/>
      <w:iCs/>
      <w:color w:val="000000" w:themeColor="text1"/>
    </w:rPr>
  </w:style>
  <w:style w:type="paragraph" w:styleId="Caption1">
    <w:name w:val="caption1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IntenseQuot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IndexHeading">
    <w:name w:val="index heading"/>
    <w:basedOn w:val="Titre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styleId="TableauNormal" w:default="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numbering.xml" Id="rId8" /><Relationship Type="http://schemas.openxmlformats.org/officeDocument/2006/relationships/customXml" Target="../customXml/item2.xml" Id="rId13" /><Relationship Type="http://schemas.openxmlformats.org/officeDocument/2006/relationships/header" Target="header2.xml" Id="rId3" /><Relationship Type="http://schemas.openxmlformats.org/officeDocument/2006/relationships/footer" Target="footer3.xml" Id="rId7" /><Relationship Type="http://schemas.openxmlformats.org/officeDocument/2006/relationships/customXml" Target="../customXml/item1.xml" Id="rId12" /><Relationship Type="http://schemas.openxmlformats.org/officeDocument/2006/relationships/header" Target="header1.xml" Id="rId2" /><Relationship Type="http://schemas.openxmlformats.org/officeDocument/2006/relationships/styles" Target="styles.xml" Id="rId1" /><Relationship Type="http://schemas.openxmlformats.org/officeDocument/2006/relationships/footer" Target="footer2.xml" Id="rId6" /><Relationship Type="http://schemas.openxmlformats.org/officeDocument/2006/relationships/theme" Target="theme/theme1.xml" Id="rId11" /><Relationship Type="http://schemas.openxmlformats.org/officeDocument/2006/relationships/footer" Target="footer1.xml" Id="rId5" /><Relationship Type="http://schemas.openxmlformats.org/officeDocument/2006/relationships/customXml" Target="../customXml/item4.xml" Id="rId15" /><Relationship Type="http://schemas.openxmlformats.org/officeDocument/2006/relationships/settings" Target="settings.xml" Id="rId10" /><Relationship Type="http://schemas.openxmlformats.org/officeDocument/2006/relationships/header" Target="header3.xml" Id="rId4" /><Relationship Type="http://schemas.openxmlformats.org/officeDocument/2006/relationships/fontTable" Target="fontTable.xml" Id="rId9" /><Relationship Type="http://schemas.openxmlformats.org/officeDocument/2006/relationships/customXml" Target="../customXml/item3.xml" Id="rId14" />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19C20596A4F84E8B6031A8A6BA7D37" ma:contentTypeVersion="13" ma:contentTypeDescription="Crée un document." ma:contentTypeScope="" ma:versionID="d2c5ef4eef72a0ffe3e045d9c790ebcb">
  <xsd:schema xmlns:xsd="http://www.w3.org/2001/XMLSchema" xmlns:xs="http://www.w3.org/2001/XMLSchema" xmlns:p="http://schemas.microsoft.com/office/2006/metadata/properties" xmlns:ns2="189e56f6-5b99-4fd4-a12f-7b00e0b18604" xmlns:ns3="4c31ec8a-c60d-4779-a5ae-d5483b913eae" targetNamespace="http://schemas.microsoft.com/office/2006/metadata/properties" ma:root="true" ma:fieldsID="b6805539d725719b993d03f7e4033925" ns2:_="" ns3:_="">
    <xsd:import namespace="189e56f6-5b99-4fd4-a12f-7b00e0b18604"/>
    <xsd:import namespace="4c31ec8a-c60d-4779-a5ae-d5483b913e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e56f6-5b99-4fd4-a12f-7b00e0b186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1b840b25-3f38-4b54-af37-44689278c4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1ec8a-c60d-4779-a5ae-d5483b913e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805aa1a-764a-4cc9-8989-d4e7465d45a8}" ma:internalName="TaxCatchAll" ma:showField="CatchAllData" ma:web="4c31ec8a-c60d-4779-a5ae-d5483b913e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31ec8a-c60d-4779-a5ae-d5483b913eae" xsi:nil="true"/>
    <lcf76f155ced4ddcb4097134ff3c332f xmlns="189e56f6-5b99-4fd4-a12f-7b00e0b1860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12023D3-7653-4A6F-98D7-B5E3F21515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12BE51-B268-4E27-8CB1-3E6972D1425A}"/>
</file>

<file path=customXml/itemProps3.xml><?xml version="1.0" encoding="utf-8"?>
<ds:datastoreItem xmlns:ds="http://schemas.openxmlformats.org/officeDocument/2006/customXml" ds:itemID="{2BA152DC-E6B4-4A4A-BD4D-83D6B81D73C6}"/>
</file>

<file path=customXml/itemProps4.xml><?xml version="1.0" encoding="utf-8"?>
<ds:datastoreItem xmlns:ds="http://schemas.openxmlformats.org/officeDocument/2006/customXml" ds:itemID="{86B6215E-1F38-419D-9913-E75ACC66F20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dc:description>generated by python-docx</dc:description>
  <lastModifiedBy>Cedric Trestard</lastModifiedBy>
  <revision>11</revision>
  <dcterms:created xsi:type="dcterms:W3CDTF">2013-12-23T23:15:00.0000000Z</dcterms:created>
  <dcterms:modified xsi:type="dcterms:W3CDTF">2026-06-22T09:06:47.1034470Z</dcterms:modified>
  <dc:language>fr-FR</dc:languag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0x010100F119C20596A4F84E8B6031A8A6BA7D37</vt:lpwstr>
  </property>
  <property fmtid="{D5CDD505-2E9C-101B-9397-08002B2CF9AE}" pid="3" name="MediaServiceImageTags">
    <vt:lpwstr/>
  </property>
</Properties>
</file>